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BD25" w14:textId="77777777" w:rsidR="000A03B8" w:rsidRDefault="000A03B8">
      <w:pPr>
        <w:spacing w:after="0" w:line="216" w:lineRule="auto"/>
        <w:jc w:val="center"/>
        <w:rPr>
          <w:rFonts w:ascii="Lato" w:eastAsia="Lato" w:hAnsi="Lato"/>
          <w:b/>
          <w:color w:val="111111"/>
          <w:sz w:val="62"/>
        </w:rPr>
      </w:pPr>
    </w:p>
    <w:p w14:paraId="4AC7A867" w14:textId="77777777" w:rsidR="000A03B8" w:rsidRDefault="000A03B8">
      <w:pPr>
        <w:spacing w:after="0" w:line="216" w:lineRule="auto"/>
        <w:jc w:val="center"/>
        <w:rPr>
          <w:rFonts w:ascii="Lato" w:eastAsia="Lato" w:hAnsi="Lato"/>
          <w:b/>
          <w:color w:val="111111"/>
          <w:sz w:val="62"/>
        </w:rPr>
      </w:pPr>
    </w:p>
    <w:p w14:paraId="031F54E9" w14:textId="2E63EEA9" w:rsidR="00423431" w:rsidRPr="000A03B8" w:rsidRDefault="00EA5F7A">
      <w:pPr>
        <w:spacing w:after="0" w:line="216" w:lineRule="auto"/>
        <w:jc w:val="center"/>
        <w:rPr>
          <w:sz w:val="96"/>
          <w:szCs w:val="96"/>
          <w:lang w:val="es-PE"/>
        </w:rPr>
      </w:pPr>
      <w:r w:rsidRPr="000A03B8">
        <w:rPr>
          <w:rFonts w:ascii="Lato" w:eastAsia="Lato" w:hAnsi="Lato"/>
          <w:b/>
          <w:color w:val="111111"/>
          <w:sz w:val="96"/>
          <w:szCs w:val="96"/>
          <w:lang w:val="es-PE"/>
        </w:rPr>
        <w:t>CERTIFICADO</w:t>
      </w:r>
    </w:p>
    <w:p w14:paraId="64090E90" w14:textId="77777777" w:rsidR="00423431" w:rsidRPr="000A03B8" w:rsidRDefault="00EA5F7A">
      <w:pPr>
        <w:spacing w:after="260" w:line="240" w:lineRule="auto"/>
        <w:jc w:val="center"/>
        <w:rPr>
          <w:lang w:val="es-PE"/>
        </w:rPr>
      </w:pPr>
      <w:r w:rsidRPr="000A03B8">
        <w:rPr>
          <w:rFonts w:ascii="Lato" w:eastAsia="Lato" w:hAnsi="Lato"/>
          <w:b/>
          <w:color w:val="8F0F16"/>
          <w:sz w:val="26"/>
          <w:lang w:val="es-PE"/>
        </w:rPr>
        <w:t>DE RECONOCIMIENTO PROFESIONAL</w:t>
      </w:r>
    </w:p>
    <w:p w14:paraId="4A8092B1" w14:textId="77777777" w:rsidR="00423431" w:rsidRPr="000A03B8" w:rsidRDefault="00EA5F7A">
      <w:pPr>
        <w:spacing w:after="20" w:line="240" w:lineRule="auto"/>
        <w:jc w:val="center"/>
        <w:rPr>
          <w:rFonts w:ascii="Lato" w:eastAsia="Lato" w:hAnsi="Lato"/>
          <w:b/>
          <w:bCs/>
          <w:color w:val="444444"/>
          <w:sz w:val="17"/>
          <w:lang w:val="es-PE"/>
        </w:rPr>
      </w:pPr>
      <w:r w:rsidRPr="000A03B8">
        <w:rPr>
          <w:rFonts w:ascii="Lato" w:eastAsia="Lato" w:hAnsi="Lato"/>
          <w:b/>
          <w:bCs/>
          <w:color w:val="444444"/>
          <w:sz w:val="17"/>
          <w:lang w:val="es-PE"/>
        </w:rPr>
        <w:t>Otorgado a</w:t>
      </w:r>
    </w:p>
    <w:p w14:paraId="1ED58D71" w14:textId="77777777" w:rsidR="000A03B8" w:rsidRPr="000A03B8" w:rsidRDefault="000A03B8">
      <w:pPr>
        <w:spacing w:after="20" w:line="240" w:lineRule="auto"/>
        <w:jc w:val="center"/>
        <w:rPr>
          <w:lang w:val="es-PE"/>
        </w:rPr>
      </w:pPr>
    </w:p>
    <w:p w14:paraId="41885BC1" w14:textId="77777777" w:rsidR="00423431" w:rsidRPr="000A03B8" w:rsidRDefault="00EA5F7A">
      <w:pPr>
        <w:spacing w:after="0" w:line="180" w:lineRule="auto"/>
        <w:jc w:val="center"/>
        <w:rPr>
          <w:sz w:val="48"/>
          <w:szCs w:val="48"/>
          <w:lang w:val="es-PE"/>
        </w:rPr>
      </w:pPr>
      <w:r w:rsidRPr="000A03B8">
        <w:rPr>
          <w:rFonts w:ascii="Z003" w:eastAsia="Z003" w:hAnsi="Z003"/>
          <w:color w:val="222222"/>
          <w:sz w:val="48"/>
          <w:szCs w:val="48"/>
          <w:lang w:val="es-PE"/>
        </w:rPr>
        <w:t>Nombre Apellido</w:t>
      </w:r>
    </w:p>
    <w:p w14:paraId="2734D195" w14:textId="72A05C8D" w:rsidR="00423431" w:rsidRPr="000A03B8" w:rsidRDefault="00EA5F7A">
      <w:pPr>
        <w:spacing w:after="160" w:line="132" w:lineRule="auto"/>
        <w:jc w:val="center"/>
        <w:rPr>
          <w:lang w:val="es-PE"/>
        </w:rPr>
      </w:pPr>
      <w:r w:rsidRPr="000A03B8">
        <w:rPr>
          <w:rFonts w:ascii="Lato" w:eastAsia="Lato" w:hAnsi="Lato"/>
          <w:color w:val="8F0F16"/>
          <w:sz w:val="18"/>
          <w:lang w:val="es-PE"/>
        </w:rPr>
        <w:t>______________________________</w:t>
      </w:r>
      <w:r w:rsidR="000A03B8">
        <w:rPr>
          <w:rFonts w:ascii="Lato" w:eastAsia="Lato" w:hAnsi="Lato"/>
          <w:color w:val="8F0F16"/>
          <w:sz w:val="18"/>
          <w:lang w:val="es-PE"/>
        </w:rPr>
        <w:t>_</w:t>
      </w:r>
    </w:p>
    <w:p w14:paraId="30590C22" w14:textId="77777777" w:rsidR="00423431" w:rsidRPr="000A03B8" w:rsidRDefault="00EA5F7A">
      <w:pPr>
        <w:spacing w:after="160" w:line="264" w:lineRule="auto"/>
        <w:jc w:val="center"/>
        <w:rPr>
          <w:lang w:val="es-PE"/>
        </w:rPr>
      </w:pPr>
      <w:r w:rsidRPr="000A03B8">
        <w:rPr>
          <w:rFonts w:ascii="Lato" w:eastAsia="Lato" w:hAnsi="Lato"/>
          <w:color w:val="222222"/>
          <w:sz w:val="18"/>
          <w:lang w:val="es-PE"/>
        </w:rPr>
        <w:t>Por su destacada trayectoria profesional, compromiso, excelencia y aportación de valor</w:t>
      </w:r>
      <w:r w:rsidRPr="000A03B8">
        <w:rPr>
          <w:rFonts w:ascii="Lato" w:eastAsia="Lato" w:hAnsi="Lato"/>
          <w:color w:val="222222"/>
          <w:sz w:val="18"/>
          <w:lang w:val="es-PE"/>
        </w:rPr>
        <w:br/>
        <w:t>en el desempeño de sus funciones.</w:t>
      </w:r>
    </w:p>
    <w:p w14:paraId="6333475F" w14:textId="57E4705D" w:rsidR="00423431" w:rsidRPr="000A03B8" w:rsidRDefault="000A03B8">
      <w:pPr>
        <w:spacing w:after="760" w:line="240" w:lineRule="auto"/>
        <w:jc w:val="center"/>
        <w:rPr>
          <w:lang w:val="es-PE"/>
        </w:rPr>
      </w:pPr>
      <w:r>
        <w:rPr>
          <w:rFonts w:ascii="Lato" w:eastAsia="Lato" w:hAnsi="Lato"/>
          <w:b/>
          <w:color w:val="222222"/>
          <w:sz w:val="17"/>
          <w:lang w:val="es-PE"/>
        </w:rPr>
        <w:t>20</w:t>
      </w:r>
      <w:r w:rsidRPr="000A03B8">
        <w:rPr>
          <w:rFonts w:ascii="Lato" w:eastAsia="Lato" w:hAnsi="Lato"/>
          <w:b/>
          <w:color w:val="222222"/>
          <w:sz w:val="17"/>
          <w:lang w:val="es-PE"/>
        </w:rPr>
        <w:t xml:space="preserve"> de mayo de 2026</w:t>
      </w:r>
    </w:p>
    <w:p w14:paraId="4145EB3E" w14:textId="42FA2D7E" w:rsidR="00423431" w:rsidRPr="000A03B8" w:rsidRDefault="00EA5F7A">
      <w:pPr>
        <w:spacing w:after="0" w:line="132" w:lineRule="auto"/>
        <w:jc w:val="center"/>
        <w:rPr>
          <w:lang w:val="es-PE"/>
        </w:rPr>
      </w:pPr>
      <w:r w:rsidRPr="000A03B8">
        <w:rPr>
          <w:rFonts w:ascii="Lato" w:eastAsia="Lato" w:hAnsi="Lato"/>
          <w:color w:val="8F0F16"/>
          <w:sz w:val="17"/>
          <w:lang w:val="es-PE"/>
        </w:rPr>
        <w:t>______________</w:t>
      </w:r>
      <w:r w:rsidR="000A03B8">
        <w:rPr>
          <w:rFonts w:ascii="Lato" w:eastAsia="Lato" w:hAnsi="Lato"/>
          <w:color w:val="8F0F16"/>
          <w:sz w:val="17"/>
          <w:lang w:val="es-PE"/>
        </w:rPr>
        <w:t>------------------------------------------</w:t>
      </w:r>
      <w:r w:rsidRPr="000A03B8">
        <w:rPr>
          <w:rFonts w:ascii="Lato" w:eastAsia="Lato" w:hAnsi="Lato"/>
          <w:color w:val="8F0F16"/>
          <w:sz w:val="17"/>
          <w:lang w:val="es-PE"/>
        </w:rPr>
        <w:t>___________</w:t>
      </w:r>
    </w:p>
    <w:p w14:paraId="1D1CE7FA" w14:textId="77777777" w:rsidR="000A03B8" w:rsidRDefault="000A03B8">
      <w:pPr>
        <w:spacing w:after="0" w:line="240" w:lineRule="auto"/>
        <w:jc w:val="center"/>
        <w:rPr>
          <w:rFonts w:ascii="Lato" w:eastAsia="Lato" w:hAnsi="Lato"/>
          <w:b/>
          <w:color w:val="111111"/>
          <w:sz w:val="15"/>
          <w:lang w:val="es-PE"/>
        </w:rPr>
      </w:pPr>
    </w:p>
    <w:p w14:paraId="325E7A4C" w14:textId="2859EE6F" w:rsidR="00423431" w:rsidRPr="000A03B8" w:rsidRDefault="00EA5F7A">
      <w:pPr>
        <w:spacing w:after="0" w:line="240" w:lineRule="auto"/>
        <w:jc w:val="center"/>
        <w:rPr>
          <w:lang w:val="es-PE"/>
        </w:rPr>
      </w:pPr>
      <w:r w:rsidRPr="000A03B8">
        <w:rPr>
          <w:rFonts w:ascii="Lato" w:eastAsia="Lato" w:hAnsi="Lato"/>
          <w:b/>
          <w:color w:val="111111"/>
          <w:sz w:val="15"/>
          <w:lang w:val="es-PE"/>
        </w:rPr>
        <w:t>NOMBRE Y CARGO</w:t>
      </w:r>
    </w:p>
    <w:p w14:paraId="6D86881A" w14:textId="77777777" w:rsidR="00423431" w:rsidRPr="000A03B8" w:rsidRDefault="00EA5F7A">
      <w:pPr>
        <w:spacing w:after="0" w:line="240" w:lineRule="auto"/>
        <w:jc w:val="center"/>
        <w:rPr>
          <w:lang w:val="es-PE"/>
        </w:rPr>
      </w:pPr>
      <w:r w:rsidRPr="000A03B8">
        <w:rPr>
          <w:rFonts w:ascii="Lato" w:eastAsia="Lato" w:hAnsi="Lato"/>
          <w:color w:val="444444"/>
          <w:sz w:val="14"/>
          <w:lang w:val="es-PE"/>
        </w:rPr>
        <w:t>Firma autorizada</w:t>
      </w:r>
    </w:p>
    <w:sectPr w:rsidR="00423431" w:rsidRPr="000A03B8" w:rsidSect="00034616">
      <w:headerReference w:type="default" r:id="rId8"/>
      <w:pgSz w:w="16838" w:h="11906" w:orient="landscape"/>
      <w:pgMar w:top="1276" w:right="1304" w:bottom="737" w:left="249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CF52" w14:textId="77777777" w:rsidR="00E95D66" w:rsidRDefault="00E95D66">
      <w:pPr>
        <w:spacing w:after="0" w:line="240" w:lineRule="auto"/>
      </w:pPr>
      <w:r>
        <w:separator/>
      </w:r>
    </w:p>
  </w:endnote>
  <w:endnote w:type="continuationSeparator" w:id="0">
    <w:p w14:paraId="0479D501" w14:textId="77777777" w:rsidR="00E95D66" w:rsidRDefault="00E9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Z003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FC92" w14:textId="77777777" w:rsidR="00E95D66" w:rsidRDefault="00E95D66">
      <w:pPr>
        <w:spacing w:after="0" w:line="240" w:lineRule="auto"/>
      </w:pPr>
      <w:r>
        <w:separator/>
      </w:r>
    </w:p>
  </w:footnote>
  <w:footnote w:type="continuationSeparator" w:id="0">
    <w:p w14:paraId="11E13177" w14:textId="77777777" w:rsidR="00E95D66" w:rsidRDefault="00E9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7A50" w14:textId="77777777" w:rsidR="00423431" w:rsidRDefault="00EA5F7A">
    <w:pPr>
      <w:pStyle w:val="Encabezado"/>
    </w:pPr>
    <w:r>
      <w:rPr>
        <w:noProof/>
      </w:rPr>
      <w:drawing>
        <wp:anchor distT="0" distB="0" distL="0" distR="0" simplePos="0" relativeHeight="251658240" behindDoc="1" locked="0" layoutInCell="1" allowOverlap="1" wp14:anchorId="7C6A3EA9" wp14:editId="12F2E4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0" b="0"/>
          <wp:wrapNone/>
          <wp:docPr id="1" name="Fondo dipl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loma_bg_red_gol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2120922">
    <w:abstractNumId w:val="8"/>
  </w:num>
  <w:num w:numId="2" w16cid:durableId="1439640606">
    <w:abstractNumId w:val="6"/>
  </w:num>
  <w:num w:numId="3" w16cid:durableId="1271863334">
    <w:abstractNumId w:val="5"/>
  </w:num>
  <w:num w:numId="4" w16cid:durableId="173230019">
    <w:abstractNumId w:val="4"/>
  </w:num>
  <w:num w:numId="5" w16cid:durableId="1924604850">
    <w:abstractNumId w:val="7"/>
  </w:num>
  <w:num w:numId="6" w16cid:durableId="176190503">
    <w:abstractNumId w:val="3"/>
  </w:num>
  <w:num w:numId="7" w16cid:durableId="727530739">
    <w:abstractNumId w:val="2"/>
  </w:num>
  <w:num w:numId="8" w16cid:durableId="946694454">
    <w:abstractNumId w:val="1"/>
  </w:num>
  <w:num w:numId="9" w16cid:durableId="169885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3B8"/>
    <w:rsid w:val="00104AF4"/>
    <w:rsid w:val="0015074B"/>
    <w:rsid w:val="0029639D"/>
    <w:rsid w:val="00326F90"/>
    <w:rsid w:val="00423431"/>
    <w:rsid w:val="00AA1D8D"/>
    <w:rsid w:val="00B47730"/>
    <w:rsid w:val="00CB0664"/>
    <w:rsid w:val="00E95D66"/>
    <w:rsid w:val="00EA5F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305526"/>
  <w14:defaultImageDpi w14:val="300"/>
  <w15:docId w15:val="{BF612258-0313-48E9-8CB1-5E0BC60F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 de reconocimiento profesional</dc:title>
  <dc:subject>Certificado horizontal editable en Word</dc:subject>
  <dc:creator>Modelos Docu;Modelosdocu.com</dc:creator>
  <cp:keywords/>
  <dc:description/>
  <cp:lastModifiedBy>User</cp:lastModifiedBy>
  <cp:revision>2</cp:revision>
  <dcterms:created xsi:type="dcterms:W3CDTF">2026-05-07T23:47:00Z</dcterms:created>
  <dcterms:modified xsi:type="dcterms:W3CDTF">2026-05-07T23:47:00Z</dcterms:modified>
  <cp:category/>
</cp:coreProperties>
</file>