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50" w:type="dxa"/>
        <w:jc w:val="center"/>
        <w:tblLayout w:type="fixed"/>
        <w:tblLook w:val="04A0" w:firstRow="1" w:lastRow="0" w:firstColumn="1" w:lastColumn="0" w:noHBand="0" w:noVBand="1"/>
      </w:tblPr>
      <w:tblGrid>
        <w:gridCol w:w="15950"/>
      </w:tblGrid>
      <w:tr w:rsidR="001B7ED5" w14:paraId="22CF2B64" w14:textId="77777777">
        <w:trPr>
          <w:trHeight w:hRule="exact" w:val="9014"/>
          <w:jc w:val="center"/>
        </w:trPr>
        <w:tc>
          <w:tcPr>
            <w:tcW w:w="15955" w:type="dxa"/>
            <w:tcBorders>
              <w:top w:val="single" w:sz="12" w:space="0" w:color="C79A2B"/>
              <w:left w:val="single" w:sz="12" w:space="0" w:color="C79A2B"/>
              <w:bottom w:val="nil"/>
              <w:right w:val="single" w:sz="12" w:space="0" w:color="C79A2B"/>
            </w:tcBorders>
            <w:shd w:val="clear" w:color="auto" w:fill="FFFFFF"/>
            <w:tcMar>
              <w:top w:w="360" w:type="dxa"/>
              <w:left w:w="250" w:type="dxa"/>
              <w:bottom w:w="0" w:type="dxa"/>
              <w:right w:w="250" w:type="dxa"/>
            </w:tcMar>
          </w:tcPr>
          <w:p w14:paraId="5ECBCB3F" w14:textId="77777777" w:rsidR="001B7ED5" w:rsidRPr="00F16E04" w:rsidRDefault="00F16E04">
            <w:pPr>
              <w:spacing w:after="120"/>
              <w:jc w:val="center"/>
              <w:rPr>
                <w:sz w:val="32"/>
                <w:szCs w:val="32"/>
                <w:lang w:val="es-PE"/>
              </w:rPr>
            </w:pPr>
            <w:proofErr w:type="gramStart"/>
            <w:r w:rsidRPr="00F16E04">
              <w:rPr>
                <w:rFonts w:ascii="Lato" w:eastAsia="Lato" w:hAnsi="Lato"/>
                <w:b/>
                <w:color w:val="1F1F1F"/>
                <w:sz w:val="32"/>
                <w:szCs w:val="32"/>
                <w:lang w:val="es-PE"/>
              </w:rPr>
              <w:t>✦</w:t>
            </w:r>
            <w:r w:rsidRPr="00F16E04">
              <w:rPr>
                <w:rFonts w:ascii="Lato" w:eastAsia="Lato" w:hAnsi="Lato"/>
                <w:b/>
                <w:color w:val="1F1F1F"/>
                <w:sz w:val="32"/>
                <w:szCs w:val="32"/>
                <w:lang w:val="es-PE"/>
              </w:rPr>
              <w:t xml:space="preserve">  TU</w:t>
            </w:r>
            <w:proofErr w:type="gramEnd"/>
            <w:r w:rsidRPr="00F16E04">
              <w:rPr>
                <w:rFonts w:ascii="Lato" w:eastAsia="Lato" w:hAnsi="Lato"/>
                <w:b/>
                <w:color w:val="1F1F1F"/>
                <w:sz w:val="32"/>
                <w:szCs w:val="32"/>
                <w:lang w:val="es-PE"/>
              </w:rPr>
              <w:t xml:space="preserve"> LOGO </w:t>
            </w:r>
            <w:proofErr w:type="gramStart"/>
            <w:r w:rsidRPr="00F16E04">
              <w:rPr>
                <w:rFonts w:ascii="Lato" w:eastAsia="Lato" w:hAnsi="Lato"/>
                <w:b/>
                <w:color w:val="1F1F1F"/>
                <w:sz w:val="32"/>
                <w:szCs w:val="32"/>
                <w:lang w:val="es-PE"/>
              </w:rPr>
              <w:t>AQUÍ  ✦</w:t>
            </w:r>
            <w:proofErr w:type="gramEnd"/>
          </w:p>
          <w:p w14:paraId="4B4117F6" w14:textId="77777777" w:rsidR="001B7ED5" w:rsidRPr="00F16E04" w:rsidRDefault="00F16E04">
            <w:pPr>
              <w:spacing w:after="0"/>
              <w:jc w:val="center"/>
              <w:rPr>
                <w:sz w:val="96"/>
                <w:szCs w:val="96"/>
                <w:lang w:val="es-PE"/>
              </w:rPr>
            </w:pPr>
            <w:r w:rsidRPr="00F16E04">
              <w:rPr>
                <w:rFonts w:ascii="EB Garamond" w:eastAsia="EB Garamond" w:hAnsi="EB Garamond"/>
                <w:b/>
                <w:color w:val="111111"/>
                <w:sz w:val="96"/>
                <w:szCs w:val="96"/>
                <w:lang w:val="es-PE"/>
              </w:rPr>
              <w:t>Certificado</w:t>
            </w:r>
          </w:p>
          <w:tbl>
            <w:tblPr>
              <w:tblW w:w="356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68"/>
            </w:tblGrid>
            <w:tr w:rsidR="001B7ED5" w:rsidRPr="00F16E04" w14:paraId="2C1C1924" w14:textId="77777777" w:rsidTr="00F16E04">
              <w:trPr>
                <w:trHeight w:val="269"/>
                <w:jc w:val="center"/>
              </w:trPr>
              <w:tc>
                <w:tcPr>
                  <w:tcW w:w="3568" w:type="dxa"/>
                  <w:tcBorders>
                    <w:top w:val="single" w:sz="4" w:space="0" w:color="A77A1A"/>
                    <w:left w:val="single" w:sz="4" w:space="0" w:color="A77A1A"/>
                    <w:bottom w:val="single" w:sz="4" w:space="0" w:color="A77A1A"/>
                    <w:right w:val="single" w:sz="4" w:space="0" w:color="A77A1A"/>
                  </w:tcBorders>
                  <w:shd w:val="clear" w:color="auto" w:fill="C79A2B"/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</w:tcPr>
                <w:p w14:paraId="1B411DAC" w14:textId="77777777" w:rsidR="001B7ED5" w:rsidRPr="00F16E04" w:rsidRDefault="00F16E04">
                  <w:pPr>
                    <w:spacing w:after="0"/>
                    <w:jc w:val="center"/>
                    <w:rPr>
                      <w:lang w:val="es-PE"/>
                    </w:rPr>
                  </w:pPr>
                  <w:r w:rsidRPr="00F16E04">
                    <w:rPr>
                      <w:rFonts w:ascii="Lato" w:eastAsia="Lato" w:hAnsi="Lato"/>
                      <w:b/>
                      <w:color w:val="111111"/>
                      <w:sz w:val="16"/>
                      <w:lang w:val="es-PE"/>
                    </w:rPr>
                    <w:t>DE RECONOCIMIENTO PROFESIONAL</w:t>
                  </w:r>
                </w:p>
              </w:tc>
            </w:tr>
          </w:tbl>
          <w:p w14:paraId="4CFD42C2" w14:textId="77777777" w:rsidR="001B7ED5" w:rsidRPr="00F16E04" w:rsidRDefault="001B7ED5">
            <w:pPr>
              <w:rPr>
                <w:lang w:val="es-PE"/>
              </w:rPr>
            </w:pPr>
          </w:p>
          <w:p w14:paraId="2AF6EDA9" w14:textId="77777777" w:rsidR="001B7ED5" w:rsidRPr="00F16E04" w:rsidRDefault="00F16E04">
            <w:pPr>
              <w:spacing w:before="200" w:after="0"/>
              <w:jc w:val="center"/>
              <w:rPr>
                <w:b/>
                <w:bCs/>
                <w:lang w:val="es-PE"/>
              </w:rPr>
            </w:pPr>
            <w:r w:rsidRPr="00F16E04">
              <w:rPr>
                <w:rFonts w:ascii="EB Garamond" w:eastAsia="EB Garamond" w:hAnsi="EB Garamond"/>
                <w:b/>
                <w:bCs/>
                <w:i/>
                <w:color w:val="555555"/>
                <w:sz w:val="19"/>
                <w:lang w:val="es-PE"/>
              </w:rPr>
              <w:t>Otorgado a:</w:t>
            </w:r>
          </w:p>
          <w:p w14:paraId="5E08366C" w14:textId="77777777" w:rsidR="001B7ED5" w:rsidRPr="00F16E04" w:rsidRDefault="00F16E04">
            <w:pPr>
              <w:spacing w:after="0"/>
              <w:jc w:val="center"/>
              <w:rPr>
                <w:lang w:val="es-PE"/>
              </w:rPr>
            </w:pPr>
            <w:r w:rsidRPr="00F16E04">
              <w:rPr>
                <w:rFonts w:ascii="Z003" w:eastAsia="Z003" w:hAnsi="Z003"/>
                <w:i/>
                <w:color w:val="111111"/>
                <w:sz w:val="64"/>
                <w:lang w:val="es-PE"/>
              </w:rPr>
              <w:t>[NOMBRE DEL RECONOCIDO]</w:t>
            </w:r>
          </w:p>
          <w:p w14:paraId="7C1CB8C1" w14:textId="77777777" w:rsidR="001B7ED5" w:rsidRPr="00F16E04" w:rsidRDefault="00F16E04">
            <w:pPr>
              <w:spacing w:after="80"/>
              <w:jc w:val="center"/>
              <w:rPr>
                <w:lang w:val="es-PE"/>
              </w:rPr>
            </w:pPr>
            <w:r w:rsidRPr="00F16E04">
              <w:rPr>
                <w:rFonts w:ascii="EB Garamond" w:eastAsia="EB Garamond" w:hAnsi="EB Garamond"/>
                <w:color w:val="C79A2B"/>
                <w:lang w:val="es-PE"/>
              </w:rPr>
              <w:t>────────────────────────</w:t>
            </w:r>
          </w:p>
          <w:p w14:paraId="74E8B70D" w14:textId="77777777" w:rsidR="001B7ED5" w:rsidRPr="00F16E04" w:rsidRDefault="00F16E04">
            <w:pPr>
              <w:spacing w:after="0" w:line="252" w:lineRule="auto"/>
              <w:jc w:val="center"/>
              <w:rPr>
                <w:rFonts w:ascii="EB Garamond" w:eastAsia="EB Garamond" w:hAnsi="EB Garamond"/>
                <w:b/>
                <w:bCs/>
                <w:color w:val="1F1F1F"/>
                <w:sz w:val="21"/>
                <w:lang w:val="es-PE"/>
              </w:rPr>
            </w:pPr>
            <w:r w:rsidRPr="00F16E04">
              <w:rPr>
                <w:rFonts w:ascii="EB Garamond" w:eastAsia="EB Garamond" w:hAnsi="EB Garamond"/>
                <w:b/>
                <w:bCs/>
                <w:color w:val="1F1F1F"/>
                <w:lang w:val="es-PE"/>
              </w:rPr>
              <w:t>Por su destacada participación, compromiso, liderazgo y excelencia profesional.</w:t>
            </w:r>
            <w:r w:rsidRPr="00F16E04">
              <w:rPr>
                <w:rFonts w:ascii="EB Garamond" w:eastAsia="EB Garamond" w:hAnsi="EB Garamond"/>
                <w:b/>
                <w:bCs/>
                <w:color w:val="1F1F1F"/>
                <w:lang w:val="es-PE"/>
              </w:rPr>
              <w:br/>
            </w:r>
            <w:r w:rsidRPr="00F16E04">
              <w:rPr>
                <w:rFonts w:ascii="EB Garamond" w:eastAsia="EB Garamond" w:hAnsi="EB Garamond"/>
                <w:b/>
                <w:bCs/>
                <w:color w:val="1F1F1F"/>
                <w:sz w:val="21"/>
                <w:lang w:val="es-PE"/>
              </w:rPr>
              <w:t>Este reconocimiento se otorga como muestra de gratitud por su valiosa contribución y dedicación.</w:t>
            </w:r>
          </w:p>
          <w:p w14:paraId="3D54EA37" w14:textId="77777777" w:rsidR="00F16E04" w:rsidRPr="00F16E04" w:rsidRDefault="00F16E04">
            <w:pPr>
              <w:spacing w:after="0" w:line="252" w:lineRule="auto"/>
              <w:jc w:val="center"/>
              <w:rPr>
                <w:lang w:val="es-PE"/>
              </w:rPr>
            </w:pPr>
          </w:p>
          <w:p w14:paraId="1EC36024" w14:textId="77777777" w:rsidR="001B7ED5" w:rsidRPr="00F16E04" w:rsidRDefault="00F16E04">
            <w:pPr>
              <w:spacing w:after="0" w:line="560" w:lineRule="exact"/>
              <w:jc w:val="center"/>
              <w:rPr>
                <w:lang w:val="es-PE"/>
              </w:rPr>
            </w:pPr>
            <w:r w:rsidRPr="00F16E04">
              <w:rPr>
                <w:sz w:val="56"/>
                <w:lang w:val="es-PE"/>
              </w:rPr>
              <w:t xml:space="preserve"> </w:t>
            </w:r>
          </w:p>
          <w:tbl>
            <w:tblPr>
              <w:tblW w:w="77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66"/>
              <w:gridCol w:w="2567"/>
              <w:gridCol w:w="2567"/>
            </w:tblGrid>
            <w:tr w:rsidR="001B7ED5" w14:paraId="0AECEC7F" w14:textId="77777777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484C06A4" w14:textId="77777777" w:rsidR="001B7ED5" w:rsidRDefault="00F16E04">
                  <w:pPr>
                    <w:spacing w:after="0"/>
                    <w:jc w:val="center"/>
                  </w:pPr>
                  <w:r>
                    <w:rPr>
                      <w:rFonts w:ascii="EB Garamond" w:eastAsia="EB Garamond" w:hAnsi="EB Garamond"/>
                      <w:color w:val="1F1F1F"/>
                      <w:sz w:val="17"/>
                    </w:rPr>
                    <w:t>[LUGAR Y FECHA]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7A798F2" w14:textId="77777777" w:rsidR="001B7ED5" w:rsidRDefault="00F16E04">
                  <w:pPr>
                    <w:spacing w:after="0"/>
                    <w:jc w:val="center"/>
                  </w:pPr>
                  <w:r>
                    <w:rPr>
                      <w:rFonts w:ascii="EB Garamond" w:eastAsia="EB Garamond" w:hAnsi="EB Garamond"/>
                      <w:color w:val="1F1F1F"/>
                      <w:sz w:val="2"/>
                    </w:rPr>
                    <w:t xml:space="preserve"> 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63A34DCF" w14:textId="77777777" w:rsidR="001B7ED5" w:rsidRDefault="00F16E04">
                  <w:pPr>
                    <w:spacing w:after="0"/>
                    <w:jc w:val="center"/>
                  </w:pPr>
                  <w:r>
                    <w:rPr>
                      <w:rFonts w:ascii="EB Garamond" w:eastAsia="EB Garamond" w:hAnsi="EB Garamond"/>
                      <w:color w:val="111111"/>
                      <w:sz w:val="16"/>
                    </w:rPr>
                    <w:t>____________________________</w:t>
                  </w:r>
                </w:p>
              </w:tc>
            </w:tr>
            <w:tr w:rsidR="001B7ED5" w14:paraId="5E626099" w14:textId="77777777">
              <w:trPr>
                <w:jc w:val="center"/>
              </w:trPr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E398600" w14:textId="77777777" w:rsidR="001B7ED5" w:rsidRDefault="00F16E04">
                  <w:pPr>
                    <w:spacing w:after="0"/>
                    <w:jc w:val="center"/>
                  </w:pPr>
                  <w:r>
                    <w:rPr>
                      <w:rFonts w:ascii="Lato" w:eastAsia="Lato" w:hAnsi="Lato"/>
                      <w:color w:val="555555"/>
                      <w:sz w:val="13"/>
                    </w:rPr>
                    <w:t>Lugar y fecha</w:t>
                  </w:r>
                </w:p>
              </w:tc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3FD67AE0" w14:textId="77777777" w:rsidR="001B7ED5" w:rsidRDefault="001B7ED5"/>
              </w:tc>
              <w:tc>
                <w:tcPr>
                  <w:tcW w:w="53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</w:tcPr>
                <w:p w14:paraId="2234CB27" w14:textId="77777777" w:rsidR="001B7ED5" w:rsidRDefault="00F16E04">
                  <w:pPr>
                    <w:spacing w:after="0"/>
                    <w:jc w:val="center"/>
                  </w:pPr>
                  <w:r>
                    <w:rPr>
                      <w:rFonts w:ascii="EB Garamond" w:eastAsia="EB Garamond" w:hAnsi="EB Garamond"/>
                      <w:b/>
                      <w:color w:val="111111"/>
                      <w:sz w:val="17"/>
                    </w:rPr>
                    <w:t>[NOMBRE Y CARGO]</w:t>
                  </w:r>
                </w:p>
              </w:tc>
            </w:tr>
          </w:tbl>
          <w:p w14:paraId="7F20A7B8" w14:textId="77777777" w:rsidR="001B7ED5" w:rsidRDefault="001B7ED5"/>
        </w:tc>
      </w:tr>
      <w:tr w:rsidR="001B7ED5" w14:paraId="6FD7E142" w14:textId="77777777">
        <w:trPr>
          <w:trHeight w:hRule="exact" w:val="1786"/>
          <w:jc w:val="center"/>
        </w:trPr>
        <w:tc>
          <w:tcPr>
            <w:tcW w:w="15955" w:type="dxa"/>
            <w:tcBorders>
              <w:top w:val="nil"/>
              <w:left w:val="single" w:sz="12" w:space="0" w:color="C79A2B"/>
              <w:bottom w:val="single" w:sz="12" w:space="0" w:color="C79A2B"/>
              <w:right w:val="single" w:sz="12" w:space="0" w:color="C79A2B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6463" w14:textId="77777777" w:rsidR="001B7ED5" w:rsidRDefault="00F16E04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6923FBA2" wp14:editId="24795D1B">
                  <wp:extent cx="10113264" cy="113774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do_wave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3264" cy="113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E9A321" w14:textId="77777777" w:rsidR="00F16E04" w:rsidRDefault="00F16E04"/>
    <w:sectPr w:rsidR="00000000" w:rsidSect="00034616">
      <w:pgSz w:w="16838" w:h="11906" w:orient="landscape"/>
      <w:pgMar w:top="397" w:right="454" w:bottom="397" w:left="454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Z003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3366634">
    <w:abstractNumId w:val="8"/>
  </w:num>
  <w:num w:numId="2" w16cid:durableId="473570394">
    <w:abstractNumId w:val="6"/>
  </w:num>
  <w:num w:numId="3" w16cid:durableId="1642079185">
    <w:abstractNumId w:val="5"/>
  </w:num>
  <w:num w:numId="4" w16cid:durableId="1046492487">
    <w:abstractNumId w:val="4"/>
  </w:num>
  <w:num w:numId="5" w16cid:durableId="1583291416">
    <w:abstractNumId w:val="7"/>
  </w:num>
  <w:num w:numId="6" w16cid:durableId="331763591">
    <w:abstractNumId w:val="3"/>
  </w:num>
  <w:num w:numId="7" w16cid:durableId="681858773">
    <w:abstractNumId w:val="2"/>
  </w:num>
  <w:num w:numId="8" w16cid:durableId="48111631">
    <w:abstractNumId w:val="1"/>
  </w:num>
  <w:num w:numId="9" w16cid:durableId="165714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4AF4"/>
    <w:rsid w:val="0015074B"/>
    <w:rsid w:val="001B7ED5"/>
    <w:rsid w:val="0029639D"/>
    <w:rsid w:val="00326F90"/>
    <w:rsid w:val="00AA1D8D"/>
    <w:rsid w:val="00B47730"/>
    <w:rsid w:val="00CB0664"/>
    <w:rsid w:val="00F16E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F852C41"/>
  <w14:defaultImageDpi w14:val="300"/>
  <w15:docId w15:val="{BF612258-0313-48E9-8CB1-5E0BC60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reconocimiento profesional editable</dc:title>
  <dc:subject>Certificado horizontal editable en Word</dc:subject>
  <dc:creator>Modelos Docu;Modelosdocu.com</dc:creator>
  <cp:keywords/>
  <dc:description>Textos editables y diseño inspirado en certificado de reconocimiento profesional.</dc:description>
  <cp:lastModifiedBy>User</cp:lastModifiedBy>
  <cp:revision>2</cp:revision>
  <dcterms:created xsi:type="dcterms:W3CDTF">2026-05-08T01:02:00Z</dcterms:created>
  <dcterms:modified xsi:type="dcterms:W3CDTF">2026-05-08T01:02:00Z</dcterms:modified>
  <cp:category/>
</cp:coreProperties>
</file>