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68" w:type="dxa"/>
        <w:jc w:val="center"/>
        <w:tblBorders>
          <w:top w:val="single" w:sz="18" w:space="0" w:color="D8A820"/>
          <w:left w:val="single" w:sz="18" w:space="0" w:color="D8A820"/>
          <w:bottom w:val="single" w:sz="18" w:space="0" w:color="D8A820"/>
          <w:right w:val="single" w:sz="18" w:space="0" w:color="D8A820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13636"/>
      </w:tblGrid>
      <w:tr w:rsidR="004508A4" w14:paraId="4F5D0491" w14:textId="77777777">
        <w:trPr>
          <w:trHeight w:hRule="exact" w:val="10771"/>
          <w:jc w:val="center"/>
        </w:trPr>
        <w:tc>
          <w:tcPr>
            <w:tcW w:w="2232" w:type="dxa"/>
            <w:tcBorders>
              <w:right w:val="single" w:sz="22" w:space="0" w:color="D8A820"/>
            </w:tcBorders>
            <w:shd w:val="clear" w:color="auto" w:fill="0B234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5895A7" w14:textId="77777777" w:rsidR="004508A4" w:rsidRDefault="004508A4"/>
          <w:p w14:paraId="6D721B0E" w14:textId="77777777" w:rsidR="004508A4" w:rsidRDefault="00761211">
            <w:pPr>
              <w:spacing w:after="80"/>
              <w:jc w:val="center"/>
            </w:pPr>
            <w:r>
              <w:rPr>
                <w:rFonts w:cs="Arial"/>
                <w:b/>
                <w:color w:val="F1D06A"/>
                <w:sz w:val="60"/>
              </w:rPr>
              <w:t>★</w:t>
            </w:r>
          </w:p>
          <w:p w14:paraId="4D84DDCC" w14:textId="77777777" w:rsidR="004508A4" w:rsidRDefault="00761211">
            <w:pPr>
              <w:spacing w:after="0"/>
              <w:jc w:val="center"/>
            </w:pPr>
            <w:r>
              <w:rPr>
                <w:rFonts w:cs="Arial"/>
                <w:b/>
                <w:color w:val="FFFFFF"/>
                <w:sz w:val="34"/>
              </w:rPr>
              <w:t>BEST</w:t>
            </w:r>
          </w:p>
          <w:p w14:paraId="7D3DC2BB" w14:textId="77777777" w:rsidR="004508A4" w:rsidRDefault="00761211">
            <w:pPr>
              <w:spacing w:after="0"/>
              <w:jc w:val="center"/>
            </w:pPr>
            <w:r>
              <w:rPr>
                <w:rFonts w:cs="Arial"/>
                <w:b/>
                <w:color w:val="F1D06A"/>
                <w:sz w:val="26"/>
              </w:rPr>
              <w:t>AWARD</w:t>
            </w:r>
          </w:p>
          <w:p w14:paraId="45648827" w14:textId="77777777" w:rsidR="004508A4" w:rsidRDefault="00761211">
            <w:pPr>
              <w:spacing w:after="160"/>
              <w:jc w:val="center"/>
            </w:pPr>
            <w:r>
              <w:rPr>
                <w:rFonts w:cs="Arial"/>
                <w:b/>
                <w:color w:val="FFFFFF"/>
                <w:sz w:val="18"/>
              </w:rPr>
              <w:t>2026</w:t>
            </w:r>
          </w:p>
          <w:p w14:paraId="3CC822B3" w14:textId="77777777" w:rsidR="004508A4" w:rsidRDefault="00761211">
            <w:pPr>
              <w:spacing w:after="280"/>
              <w:jc w:val="center"/>
            </w:pPr>
            <w:r>
              <w:rPr>
                <w:rFonts w:cs="Arial"/>
                <w:color w:val="D8A820"/>
                <w:sz w:val="22"/>
              </w:rPr>
              <w:t>━━━━━━</w:t>
            </w:r>
          </w:p>
          <w:p w14:paraId="64E80165" w14:textId="77777777" w:rsidR="004508A4" w:rsidRDefault="00761211">
            <w:pPr>
              <w:spacing w:after="160"/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EXCELENCIA</w:t>
            </w:r>
          </w:p>
          <w:p w14:paraId="338A6DC3" w14:textId="77777777" w:rsidR="004508A4" w:rsidRDefault="00761211">
            <w:pPr>
              <w:spacing w:after="160"/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COMPROMISO</w:t>
            </w:r>
          </w:p>
          <w:p w14:paraId="60A1A529" w14:textId="77777777" w:rsidR="004508A4" w:rsidRDefault="00761211">
            <w:pPr>
              <w:spacing w:after="160"/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LIDERAZGO</w:t>
            </w:r>
          </w:p>
          <w:p w14:paraId="3449EF23" w14:textId="77777777" w:rsidR="004508A4" w:rsidRDefault="00761211">
            <w:pPr>
              <w:spacing w:after="160"/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PROFESIONALIDAD</w:t>
            </w:r>
          </w:p>
          <w:p w14:paraId="1367D202" w14:textId="77777777" w:rsidR="004508A4" w:rsidRDefault="00761211">
            <w:pPr>
              <w:spacing w:before="440" w:after="0"/>
              <w:jc w:val="center"/>
            </w:pPr>
            <w:r>
              <w:rPr>
                <w:rFonts w:cs="Arial"/>
                <w:b/>
                <w:color w:val="F1D06A"/>
                <w:sz w:val="16"/>
              </w:rPr>
              <w:t>RECONOCIMIENTO</w:t>
            </w:r>
          </w:p>
          <w:p w14:paraId="10F0445C" w14:textId="77777777" w:rsidR="004508A4" w:rsidRDefault="00761211">
            <w:pPr>
              <w:spacing w:after="0"/>
              <w:jc w:val="center"/>
            </w:pPr>
            <w:r>
              <w:rPr>
                <w:rFonts w:cs="Arial"/>
                <w:b/>
                <w:color w:val="F1D06A"/>
                <w:sz w:val="16"/>
              </w:rPr>
              <w:t>PROFESIONAL</w:t>
            </w:r>
          </w:p>
        </w:tc>
        <w:tc>
          <w:tcPr>
            <w:tcW w:w="13636" w:type="dxa"/>
            <w:shd w:val="clear" w:color="auto" w:fill="F7F8FB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7B48A6" w14:textId="77777777" w:rsidR="004508A4" w:rsidRDefault="004508A4"/>
          <w:tbl>
            <w:tblPr>
              <w:tblW w:w="12960" w:type="dxa"/>
              <w:jc w:val="center"/>
              <w:tblBorders>
                <w:top w:val="single" w:sz="16" w:space="0" w:color="D8A820"/>
                <w:left w:val="single" w:sz="16" w:space="0" w:color="D8A820"/>
                <w:bottom w:val="single" w:sz="16" w:space="0" w:color="D8A820"/>
                <w:right w:val="single" w:sz="16" w:space="0" w:color="D8A820"/>
                <w:insideH w:val="single" w:sz="4" w:space="0" w:color="FFFFFF"/>
                <w:insideV w:val="single" w:sz="4" w:space="0" w:color="FFFFF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960"/>
            </w:tblGrid>
            <w:tr w:rsidR="004508A4" w14:paraId="1EC2F91B" w14:textId="77777777">
              <w:trPr>
                <w:trHeight w:hRule="exact" w:val="10123"/>
                <w:jc w:val="center"/>
              </w:trPr>
              <w:tc>
                <w:tcPr>
                  <w:tcW w:w="12960" w:type="dxa"/>
                  <w:shd w:val="clear" w:color="auto" w:fill="FFFFFF"/>
                  <w:tcMar>
                    <w:top w:w="150" w:type="dxa"/>
                    <w:left w:w="220" w:type="dxa"/>
                    <w:bottom w:w="70" w:type="dxa"/>
                    <w:right w:w="220" w:type="dxa"/>
                  </w:tcMar>
                  <w:vAlign w:val="center"/>
                </w:tcPr>
                <w:p w14:paraId="509EF03B" w14:textId="77777777" w:rsidR="004508A4" w:rsidRDefault="004508A4"/>
                <w:p w14:paraId="7C72DEDF" w14:textId="77777777" w:rsidR="004508A4" w:rsidRDefault="00761211">
                  <w:pPr>
                    <w:spacing w:after="40"/>
                    <w:jc w:val="center"/>
                  </w:pPr>
                  <w:r>
                    <w:rPr>
                      <w:rFonts w:cs="Arial"/>
                      <w:color w:val="D8A820"/>
                      <w:sz w:val="14"/>
                    </w:rPr>
                    <w:t>━━━━━━━━━━━━━━━━━━━━</w:t>
                  </w:r>
                </w:p>
                <w:p w14:paraId="5DDD103D" w14:textId="77777777" w:rsidR="004508A4" w:rsidRDefault="00761211">
                  <w:pPr>
                    <w:spacing w:after="0"/>
                    <w:jc w:val="center"/>
                  </w:pPr>
                  <w:r>
                    <w:rPr>
                      <w:rFonts w:cs="Arial"/>
                      <w:b/>
                      <w:color w:val="0B234A"/>
                      <w:sz w:val="84"/>
                    </w:rPr>
                    <w:t>DIPLOMA</w:t>
                  </w:r>
                </w:p>
                <w:p w14:paraId="04C4DE7D" w14:textId="77777777" w:rsidR="004508A4" w:rsidRDefault="00761211">
                  <w:pPr>
                    <w:spacing w:after="120"/>
                    <w:jc w:val="center"/>
                  </w:pPr>
                  <w:r>
                    <w:rPr>
                      <w:rFonts w:cs="Arial"/>
                      <w:b/>
                      <w:color w:val="D8A820"/>
                      <w:sz w:val="30"/>
                    </w:rPr>
                    <w:t>DE RECONOCIMIENTO PROFESIONAL</w:t>
                  </w:r>
                </w:p>
                <w:tbl>
                  <w:tblPr>
                    <w:tblW w:w="7488" w:type="dxa"/>
                    <w:jc w:val="center"/>
                    <w:tblBorders>
                      <w:top w:val="single" w:sz="4" w:space="0" w:color="0B234A"/>
                      <w:left w:val="single" w:sz="4" w:space="0" w:color="0B234A"/>
                      <w:bottom w:val="single" w:sz="4" w:space="0" w:color="0B234A"/>
                      <w:right w:val="single" w:sz="4" w:space="0" w:color="0B234A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488"/>
                  </w:tblGrid>
                  <w:tr w:rsidR="004508A4" w14:paraId="4E8A2E35" w14:textId="77777777">
                    <w:trPr>
                      <w:jc w:val="center"/>
                    </w:trPr>
                    <w:tc>
                      <w:tcPr>
                        <w:tcW w:w="7488" w:type="dxa"/>
                        <w:shd w:val="clear" w:color="auto" w:fill="0B234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F980B39" w14:textId="77777777" w:rsidR="004508A4" w:rsidRDefault="004508A4"/>
                      <w:p w14:paraId="56F34AD2" w14:textId="77777777" w:rsidR="004508A4" w:rsidRDefault="00761211">
                        <w:pPr>
                          <w:spacing w:after="0"/>
                          <w:jc w:val="center"/>
                        </w:pPr>
                        <w:r>
                          <w:rPr>
                            <w:rFonts w:cs="Arial"/>
                            <w:b/>
                            <w:color w:val="FFFFFF"/>
                            <w:sz w:val="16"/>
                          </w:rPr>
                          <w:t>SE OTORGA EL PRESENTE RECONOCIMIENTO A</w:t>
                        </w:r>
                      </w:p>
                    </w:tc>
                  </w:tr>
                </w:tbl>
                <w:p w14:paraId="261B91E1" w14:textId="77777777" w:rsidR="004508A4" w:rsidRDefault="004508A4"/>
                <w:p w14:paraId="0AB82A6D" w14:textId="77777777" w:rsidR="004508A4" w:rsidRDefault="00761211">
                  <w:pPr>
                    <w:spacing w:before="240" w:after="0"/>
                    <w:jc w:val="center"/>
                  </w:pPr>
                  <w:r>
                    <w:rPr>
                      <w:rFonts w:ascii="Brush Script MT" w:hAnsi="Brush Script MT" w:cs="Brush Script MT"/>
                      <w:i/>
                      <w:color w:val="D8A820"/>
                      <w:sz w:val="84"/>
                    </w:rPr>
                    <w:t>Nombre Apellido</w:t>
                  </w:r>
                </w:p>
                <w:p w14:paraId="5640483A" w14:textId="77777777" w:rsidR="004508A4" w:rsidRDefault="00761211">
                  <w:pPr>
                    <w:spacing w:after="240"/>
                    <w:jc w:val="center"/>
                  </w:pPr>
                  <w:r>
                    <w:rPr>
                      <w:rFonts w:cs="Arial"/>
                      <w:b/>
                      <w:color w:val="4A5568"/>
                    </w:rPr>
                    <w:t>Cargo / Empresa / Institución</w:t>
                  </w:r>
                </w:p>
                <w:tbl>
                  <w:tblPr>
                    <w:tblW w:w="10296" w:type="dxa"/>
                    <w:jc w:val="center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296"/>
                  </w:tblGrid>
                  <w:tr w:rsidR="004508A4" w14:paraId="076AA358" w14:textId="77777777">
                    <w:trPr>
                      <w:jc w:val="center"/>
                    </w:trPr>
                    <w:tc>
                      <w:tcPr>
                        <w:tcW w:w="10296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B1FAE7C" w14:textId="77777777" w:rsidR="004508A4" w:rsidRDefault="004508A4"/>
                      <w:p w14:paraId="0975CDF3" w14:textId="77777777" w:rsidR="004508A4" w:rsidRDefault="00761211">
                        <w:pPr>
                          <w:spacing w:after="160" w:line="269" w:lineRule="auto"/>
                          <w:jc w:val="center"/>
                        </w:pPr>
                        <w:r>
                          <w:rPr>
                            <w:rFonts w:cs="Arial"/>
                            <w:color w:val="17213A"/>
                          </w:rPr>
                          <w:t>En reconocimiento a su destacada trayectoria, compromiso, responsabilidad y excelencia profesional, demostrando liderazgo, dedicación y una contribución valiosa en su ámbito de trabajo.</w:t>
                        </w:r>
                      </w:p>
                    </w:tc>
                  </w:tr>
                </w:tbl>
                <w:p w14:paraId="21092610" w14:textId="77777777" w:rsidR="004508A4" w:rsidRDefault="004508A4"/>
                <w:p w14:paraId="7705E50A" w14:textId="77777777" w:rsidR="004508A4" w:rsidRDefault="00761211">
                  <w:pPr>
                    <w:spacing w:after="120"/>
                    <w:jc w:val="center"/>
                  </w:pPr>
                  <w:r>
                    <w:rPr>
                      <w:rFonts w:cs="Arial"/>
                      <w:color w:val="4A5568"/>
                      <w:sz w:val="18"/>
                    </w:rPr>
                    <w:t>Otorgado en ______________________, a ____ de __________________ de 20____</w:t>
                  </w:r>
                </w:p>
                <w:tbl>
                  <w:tblPr>
                    <w:tblW w:w="9720" w:type="dxa"/>
                    <w:jc w:val="center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240"/>
                    <w:gridCol w:w="3240"/>
                    <w:gridCol w:w="3240"/>
                  </w:tblGrid>
                  <w:tr w:rsidR="004508A4" w14:paraId="113C22AD" w14:textId="77777777">
                    <w:trPr>
                      <w:jc w:val="center"/>
                    </w:trPr>
                    <w:tc>
                      <w:tcPr>
                        <w:tcW w:w="3240" w:type="dxa"/>
                        <w:shd w:val="clear" w:color="auto" w:fill="FFFFFF"/>
                        <w:tcMar>
                          <w:top w:w="0" w:type="dxa"/>
                          <w:left w:w="20" w:type="dxa"/>
                          <w:bottom w:w="0" w:type="dxa"/>
                          <w:right w:w="20" w:type="dxa"/>
                        </w:tcMar>
                      </w:tcPr>
                      <w:p w14:paraId="3830976F" w14:textId="77777777" w:rsidR="004508A4" w:rsidRDefault="004508A4"/>
                      <w:p w14:paraId="3B2E5F42" w14:textId="77777777" w:rsidR="004508A4" w:rsidRDefault="00761211">
                        <w:pPr>
                          <w:spacing w:after="0"/>
                          <w:jc w:val="center"/>
                        </w:pPr>
                        <w:r>
                          <w:rPr>
                            <w:rFonts w:cs="Arial"/>
                            <w:color w:val="7A8291"/>
                            <w:sz w:val="17"/>
                          </w:rPr>
                          <w:t>______________________</w:t>
                        </w:r>
                      </w:p>
                    </w:tc>
                    <w:tc>
                      <w:tcPr>
                        <w:tcW w:w="3240" w:type="dxa"/>
                        <w:shd w:val="clear" w:color="auto" w:fill="FFFFFF"/>
                        <w:tcMar>
                          <w:top w:w="0" w:type="dxa"/>
                          <w:left w:w="20" w:type="dxa"/>
                          <w:bottom w:w="0" w:type="dxa"/>
                          <w:right w:w="20" w:type="dxa"/>
                        </w:tcMar>
                      </w:tcPr>
                      <w:p w14:paraId="7D0929F6" w14:textId="77777777" w:rsidR="004508A4" w:rsidRDefault="004508A4"/>
                      <w:p w14:paraId="639BAB0A" w14:textId="77777777" w:rsidR="004508A4" w:rsidRDefault="00761211">
                        <w:pPr>
                          <w:spacing w:after="0"/>
                          <w:jc w:val="center"/>
                        </w:pPr>
                        <w:r>
                          <w:rPr>
                            <w:rFonts w:cs="Arial"/>
                            <w:color w:val="7A8291"/>
                            <w:sz w:val="17"/>
                          </w:rPr>
                          <w:t>______________________</w:t>
                        </w:r>
                      </w:p>
                    </w:tc>
                    <w:tc>
                      <w:tcPr>
                        <w:tcW w:w="3240" w:type="dxa"/>
                        <w:shd w:val="clear" w:color="auto" w:fill="FFFFFF"/>
                        <w:tcMar>
                          <w:top w:w="0" w:type="dxa"/>
                          <w:left w:w="20" w:type="dxa"/>
                          <w:bottom w:w="0" w:type="dxa"/>
                          <w:right w:w="20" w:type="dxa"/>
                        </w:tcMar>
                      </w:tcPr>
                      <w:p w14:paraId="65FD9564" w14:textId="77777777" w:rsidR="004508A4" w:rsidRDefault="004508A4"/>
                      <w:p w14:paraId="4C5919B5" w14:textId="77777777" w:rsidR="004508A4" w:rsidRDefault="00761211">
                        <w:pPr>
                          <w:spacing w:after="0"/>
                          <w:jc w:val="center"/>
                        </w:pPr>
                        <w:r>
                          <w:rPr>
                            <w:rFonts w:cs="Arial"/>
                            <w:color w:val="7A8291"/>
                            <w:sz w:val="17"/>
                          </w:rPr>
                          <w:t>______________________</w:t>
                        </w:r>
                      </w:p>
                    </w:tc>
                  </w:tr>
                  <w:tr w:rsidR="004508A4" w14:paraId="43384BB3" w14:textId="77777777">
                    <w:trPr>
                      <w:jc w:val="center"/>
                    </w:trPr>
                    <w:tc>
                      <w:tcPr>
                        <w:tcW w:w="3240" w:type="dxa"/>
                        <w:shd w:val="clear" w:color="auto" w:fill="FFFFFF"/>
                        <w:tcMar>
                          <w:top w:w="0" w:type="dxa"/>
                          <w:left w:w="20" w:type="dxa"/>
                          <w:bottom w:w="0" w:type="dxa"/>
                          <w:right w:w="20" w:type="dxa"/>
                        </w:tcMar>
                      </w:tcPr>
                      <w:p w14:paraId="4B0B0C3B" w14:textId="77777777" w:rsidR="004508A4" w:rsidRDefault="004508A4"/>
                      <w:p w14:paraId="01E114EB" w14:textId="77777777" w:rsidR="004508A4" w:rsidRDefault="00761211">
                        <w:pPr>
                          <w:spacing w:after="0"/>
                          <w:jc w:val="center"/>
                        </w:pPr>
                        <w:r>
                          <w:rPr>
                            <w:rFonts w:cs="Arial"/>
                            <w:b/>
                            <w:color w:val="4A5568"/>
                            <w:sz w:val="14"/>
                          </w:rPr>
                          <w:t>Firma autorizada</w:t>
                        </w:r>
                      </w:p>
                    </w:tc>
                    <w:tc>
                      <w:tcPr>
                        <w:tcW w:w="3240" w:type="dxa"/>
                        <w:shd w:val="clear" w:color="auto" w:fill="FFFFFF"/>
                        <w:tcMar>
                          <w:top w:w="0" w:type="dxa"/>
                          <w:left w:w="20" w:type="dxa"/>
                          <w:bottom w:w="0" w:type="dxa"/>
                          <w:right w:w="20" w:type="dxa"/>
                        </w:tcMar>
                      </w:tcPr>
                      <w:p w14:paraId="32EC3AE9" w14:textId="77777777" w:rsidR="004508A4" w:rsidRDefault="004508A4"/>
                      <w:p w14:paraId="2B9CD7B0" w14:textId="77777777" w:rsidR="004508A4" w:rsidRDefault="00761211">
                        <w:pPr>
                          <w:spacing w:after="0"/>
                          <w:jc w:val="center"/>
                        </w:pPr>
                        <w:r>
                          <w:rPr>
                            <w:rFonts w:cs="Arial"/>
                            <w:b/>
                            <w:color w:val="4A5568"/>
                            <w:sz w:val="14"/>
                          </w:rPr>
                          <w:t>Sello / Logotipo</w:t>
                        </w:r>
                      </w:p>
                    </w:tc>
                    <w:tc>
                      <w:tcPr>
                        <w:tcW w:w="3240" w:type="dxa"/>
                        <w:shd w:val="clear" w:color="auto" w:fill="FFFFFF"/>
                        <w:tcMar>
                          <w:top w:w="0" w:type="dxa"/>
                          <w:left w:w="20" w:type="dxa"/>
                          <w:bottom w:w="0" w:type="dxa"/>
                          <w:right w:w="20" w:type="dxa"/>
                        </w:tcMar>
                      </w:tcPr>
                      <w:p w14:paraId="3B0B39A7" w14:textId="77777777" w:rsidR="004508A4" w:rsidRDefault="004508A4"/>
                      <w:p w14:paraId="38AF96C8" w14:textId="77777777" w:rsidR="004508A4" w:rsidRDefault="00761211">
                        <w:pPr>
                          <w:spacing w:after="0"/>
                          <w:jc w:val="center"/>
                        </w:pPr>
                        <w:r>
                          <w:rPr>
                            <w:rFonts w:cs="Arial"/>
                            <w:b/>
                            <w:color w:val="4A5568"/>
                            <w:sz w:val="14"/>
                          </w:rPr>
                          <w:t>Firma del responsable</w:t>
                        </w:r>
                      </w:p>
                    </w:tc>
                  </w:tr>
                </w:tbl>
                <w:p w14:paraId="61BCF215" w14:textId="77777777" w:rsidR="004508A4" w:rsidRDefault="004508A4"/>
                <w:p w14:paraId="28A00A97" w14:textId="77777777" w:rsidR="004508A4" w:rsidRDefault="00761211">
                  <w:pPr>
                    <w:spacing w:before="200" w:after="0"/>
                    <w:jc w:val="center"/>
                  </w:pPr>
                  <w:r>
                    <w:rPr>
                      <w:rFonts w:cs="Arial"/>
                      <w:i/>
                      <w:color w:val="7A8291"/>
                      <w:sz w:val="14"/>
                    </w:rPr>
                    <w:t>Documento editable en Word: sustituye los textos de ejemplo por los datos reales.</w:t>
                  </w:r>
                </w:p>
              </w:tc>
            </w:tr>
          </w:tbl>
          <w:p w14:paraId="38DB47C4" w14:textId="77777777" w:rsidR="004508A4" w:rsidRDefault="004508A4"/>
        </w:tc>
      </w:tr>
    </w:tbl>
    <w:p w14:paraId="3E850AC3" w14:textId="77777777" w:rsidR="00761211" w:rsidRDefault="00761211"/>
    <w:sectPr w:rsidR="00000000" w:rsidSect="00034616">
      <w:pgSz w:w="16834" w:h="11909" w:orient="landscape"/>
      <w:pgMar w:top="461" w:right="461" w:bottom="461" w:left="461" w:header="720" w:footer="720" w:gutter="0"/>
      <w:pgBorders w:offsetFrom="page">
        <w:top w:val="single" w:sz="18" w:space="16" w:color="D8A820"/>
        <w:left w:val="single" w:sz="18" w:space="16" w:color="D8A820"/>
        <w:bottom w:val="single" w:sz="18" w:space="16" w:color="D8A820"/>
        <w:right w:val="single" w:sz="18" w:space="16" w:color="D8A82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7059500">
    <w:abstractNumId w:val="8"/>
  </w:num>
  <w:num w:numId="2" w16cid:durableId="815226641">
    <w:abstractNumId w:val="6"/>
  </w:num>
  <w:num w:numId="3" w16cid:durableId="1190796793">
    <w:abstractNumId w:val="5"/>
  </w:num>
  <w:num w:numId="4" w16cid:durableId="774860756">
    <w:abstractNumId w:val="4"/>
  </w:num>
  <w:num w:numId="5" w16cid:durableId="604312113">
    <w:abstractNumId w:val="7"/>
  </w:num>
  <w:num w:numId="6" w16cid:durableId="1060975917">
    <w:abstractNumId w:val="3"/>
  </w:num>
  <w:num w:numId="7" w16cid:durableId="725908600">
    <w:abstractNumId w:val="2"/>
  </w:num>
  <w:num w:numId="8" w16cid:durableId="654798971">
    <w:abstractNumId w:val="1"/>
  </w:num>
  <w:num w:numId="9" w16cid:durableId="1650473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4AF4"/>
    <w:rsid w:val="0015074B"/>
    <w:rsid w:val="0029639D"/>
    <w:rsid w:val="00326F90"/>
    <w:rsid w:val="004508A4"/>
    <w:rsid w:val="0076121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AB69BAF"/>
  <w14:defaultImageDpi w14:val="300"/>
  <w15:docId w15:val="{BF612258-0313-48E9-8CB1-5E0BC60F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Modelos Docu;Modelosdocu.com</dc:creator>
  <cp:keywords/>
  <dc:description>generated by python-docx</dc:description>
  <cp:lastModifiedBy>User</cp:lastModifiedBy>
  <cp:revision>2</cp:revision>
  <dcterms:created xsi:type="dcterms:W3CDTF">2026-05-08T00:45:00Z</dcterms:created>
  <dcterms:modified xsi:type="dcterms:W3CDTF">2026-05-08T00:45:00Z</dcterms:modified>
  <cp:category/>
</cp:coreProperties>
</file>