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4314"/>
      </w:tblGrid>
      <w:tr w:rsidR="005C5C6A" w:rsidRPr="000C6265" w14:paraId="2677973E" w14:textId="77777777">
        <w:trPr>
          <w:trHeight w:hRule="exact" w:val="11160"/>
        </w:trPr>
        <w:tc>
          <w:tcPr>
            <w:tcW w:w="2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F6EA" w14:textId="77777777" w:rsidR="005C5C6A" w:rsidRDefault="000C6265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5E3B39DE" wp14:editId="7F2491A7">
                  <wp:extent cx="1325880" cy="72771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bbon_certificado2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727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576B4" w14:textId="77777777" w:rsidR="005C5C6A" w:rsidRDefault="005C5C6A">
            <w:pPr>
              <w:spacing w:after="1560"/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808"/>
            </w:tblGrid>
            <w:tr w:rsidR="005C5C6A" w:rsidRPr="000C6265" w14:paraId="75D5FD44" w14:textId="77777777">
              <w:trPr>
                <w:jc w:val="center"/>
              </w:trPr>
              <w:tc>
                <w:tcPr>
                  <w:tcW w:w="11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17AF6F" w14:textId="77777777" w:rsidR="005C5C6A" w:rsidRPr="000C6265" w:rsidRDefault="000C6265">
                  <w:pPr>
                    <w:spacing w:after="0" w:line="240" w:lineRule="auto"/>
                    <w:jc w:val="center"/>
                    <w:rPr>
                      <w:lang w:val="es-PE"/>
                    </w:rPr>
                  </w:pPr>
                  <w:r w:rsidRPr="000C6265">
                    <w:rPr>
                      <w:b/>
                      <w:color w:val="384452"/>
                      <w:sz w:val="17"/>
                      <w:lang w:val="es-PE"/>
                    </w:rPr>
                    <w:t>EL CONGRESO DE NEGOCIOS INTERNACIONALES OTORGA EL PRESENTE</w:t>
                  </w:r>
                </w:p>
                <w:p w14:paraId="26B1F936" w14:textId="09685EBB" w:rsidR="005C5C6A" w:rsidRPr="000C6265" w:rsidRDefault="000C6265">
                  <w:pPr>
                    <w:spacing w:before="20" w:after="40" w:line="240" w:lineRule="auto"/>
                    <w:jc w:val="center"/>
                    <w:rPr>
                      <w:lang w:val="es-PE"/>
                    </w:rPr>
                  </w:pPr>
                  <w:r>
                    <w:rPr>
                      <w:rFonts w:ascii="EB Garamond" w:eastAsia="EB Garamond" w:hAnsi="EB Garamond"/>
                      <w:color w:val="071F39"/>
                      <w:sz w:val="72"/>
                      <w:lang w:val="es-PE"/>
                    </w:rPr>
                    <w:t xml:space="preserve">DIPLOMA DE </w:t>
                  </w:r>
                  <w:r w:rsidRPr="000C6265">
                    <w:rPr>
                      <w:rFonts w:ascii="EB Garamond" w:eastAsia="EB Garamond" w:hAnsi="EB Garamond"/>
                      <w:color w:val="071F39"/>
                      <w:sz w:val="72"/>
                      <w:lang w:val="es-PE"/>
                    </w:rPr>
                    <w:t>RECONOCIMIENTO</w:t>
                  </w:r>
                </w:p>
                <w:p w14:paraId="14B255D3" w14:textId="1C80B866" w:rsidR="005C5C6A" w:rsidRPr="000C6265" w:rsidRDefault="000C6265">
                  <w:pPr>
                    <w:spacing w:after="40" w:line="240" w:lineRule="auto"/>
                    <w:jc w:val="center"/>
                    <w:rPr>
                      <w:lang w:val="es-PE"/>
                    </w:rPr>
                  </w:pPr>
                  <w:r w:rsidRPr="000C6265">
                    <w:rPr>
                      <w:b/>
                      <w:color w:val="384452"/>
                      <w:sz w:val="19"/>
                      <w:lang w:val="es-PE"/>
                    </w:rPr>
                    <w:t xml:space="preserve">A:  </w:t>
                  </w:r>
                  <w:r>
                    <w:rPr>
                      <w:rFonts w:ascii="Z003" w:eastAsia="Z003" w:hAnsi="Z003"/>
                      <w:i/>
                      <w:color w:val="071F39"/>
                      <w:sz w:val="48"/>
                      <w:szCs w:val="48"/>
                      <w:lang w:val="es-PE"/>
                    </w:rPr>
                    <w:t>Luz Flores Manrique</w:t>
                  </w:r>
                </w:p>
                <w:p w14:paraId="189344E4" w14:textId="77777777" w:rsidR="005C5C6A" w:rsidRPr="000C6265" w:rsidRDefault="000C6265">
                  <w:pPr>
                    <w:spacing w:line="240" w:lineRule="auto"/>
                    <w:jc w:val="center"/>
                    <w:rPr>
                      <w:lang w:val="es-PE"/>
                    </w:rPr>
                  </w:pPr>
                  <w:r w:rsidRPr="000C6265">
                    <w:rPr>
                      <w:rFonts w:ascii="Arial" w:eastAsia="Arial" w:hAnsi="Arial"/>
                      <w:color w:val="D4A631"/>
                      <w:sz w:val="18"/>
                      <w:lang w:val="es-PE"/>
                    </w:rPr>
                    <w:t>━━━━━━━━━━━━━━━━━━━━━━━━━━━━━━━━━━━━━━━━━━━━</w:t>
                  </w:r>
                </w:p>
                <w:p w14:paraId="64C68C02" w14:textId="77777777" w:rsidR="005C5C6A" w:rsidRDefault="000C6265">
                  <w:pPr>
                    <w:spacing w:after="240" w:line="264" w:lineRule="auto"/>
                    <w:ind w:left="1800" w:right="1800"/>
                    <w:jc w:val="center"/>
                    <w:rPr>
                      <w:b/>
                      <w:color w:val="384452"/>
                      <w:sz w:val="17"/>
                      <w:lang w:val="es-PE"/>
                    </w:rPr>
                  </w:pPr>
                  <w:r w:rsidRPr="000C6265">
                    <w:rPr>
                      <w:b/>
                      <w:color w:val="384452"/>
                      <w:sz w:val="17"/>
                      <w:lang w:val="es-PE"/>
                    </w:rPr>
                    <w:t xml:space="preserve">Por su destacada participación, compromiso y excelencia profesional en el Diplomado de Comercio Internacional 2030 realizado en el Instituto </w:t>
                  </w:r>
                  <w:proofErr w:type="spellStart"/>
                  <w:r w:rsidRPr="000C6265">
                    <w:rPr>
                      <w:b/>
                      <w:color w:val="384452"/>
                      <w:sz w:val="17"/>
                      <w:lang w:val="es-PE"/>
                    </w:rPr>
                    <w:t>Borcelle</w:t>
                  </w:r>
                  <w:proofErr w:type="spellEnd"/>
                  <w:r w:rsidRPr="000C6265">
                    <w:rPr>
                      <w:b/>
                      <w:color w:val="384452"/>
                      <w:sz w:val="17"/>
                      <w:lang w:val="es-PE"/>
                    </w:rPr>
                    <w:t>.</w:t>
                  </w:r>
                </w:p>
                <w:p w14:paraId="50340DB1" w14:textId="77777777" w:rsidR="000C6265" w:rsidRPr="000C6265" w:rsidRDefault="000C6265">
                  <w:pPr>
                    <w:spacing w:after="240" w:line="264" w:lineRule="auto"/>
                    <w:ind w:left="1800" w:right="1800"/>
                    <w:jc w:val="center"/>
                    <w:rPr>
                      <w:lang w:val="es-PE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104"/>
                    <w:gridCol w:w="1800"/>
                    <w:gridCol w:w="4104"/>
                  </w:tblGrid>
                  <w:tr w:rsidR="005C5C6A" w:rsidRPr="000C6265" w14:paraId="75B87283" w14:textId="77777777">
                    <w:trPr>
                      <w:jc w:val="center"/>
                    </w:trPr>
                    <w:tc>
                      <w:tcPr>
                        <w:tcW w:w="410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FF616DF" w14:textId="77777777" w:rsidR="005C5C6A" w:rsidRPr="000C6265" w:rsidRDefault="000C6265">
                        <w:pPr>
                          <w:spacing w:after="0" w:line="240" w:lineRule="auto"/>
                          <w:jc w:val="center"/>
                          <w:rPr>
                            <w:lang w:val="es-PE"/>
                          </w:rPr>
                        </w:pPr>
                        <w:r w:rsidRPr="000C6265">
                          <w:rPr>
                            <w:rFonts w:ascii="Z003" w:eastAsia="Z003" w:hAnsi="Z003"/>
                            <w:i/>
                            <w:color w:val="071F39"/>
                            <w:sz w:val="44"/>
                            <w:lang w:val="es-PE"/>
                          </w:rPr>
                          <w:t>Horacio Olivo</w:t>
                        </w:r>
                      </w:p>
                      <w:p w14:paraId="0ED8434E" w14:textId="77777777" w:rsidR="005C5C6A" w:rsidRPr="000C6265" w:rsidRDefault="000C6265">
                        <w:pPr>
                          <w:spacing w:after="0" w:line="240" w:lineRule="auto"/>
                          <w:jc w:val="center"/>
                          <w:rPr>
                            <w:lang w:val="es-PE"/>
                          </w:rPr>
                        </w:pPr>
                        <w:r w:rsidRPr="000C6265">
                          <w:rPr>
                            <w:rFonts w:ascii="Arial" w:eastAsia="Arial" w:hAnsi="Arial"/>
                            <w:color w:val="071F39"/>
                            <w:sz w:val="14"/>
                            <w:lang w:val="es-PE"/>
                          </w:rPr>
                          <w:t>______________________</w:t>
                        </w:r>
                      </w:p>
                      <w:p w14:paraId="199AB618" w14:textId="77777777" w:rsidR="005C5C6A" w:rsidRPr="000C6265" w:rsidRDefault="000C6265">
                        <w:pPr>
                          <w:spacing w:after="0" w:line="240" w:lineRule="auto"/>
                          <w:jc w:val="center"/>
                          <w:rPr>
                            <w:lang w:val="es-PE"/>
                          </w:rPr>
                        </w:pPr>
                        <w:r w:rsidRPr="000C6265">
                          <w:rPr>
                            <w:b/>
                            <w:color w:val="071F39"/>
                            <w:sz w:val="13"/>
                            <w:lang w:val="es-PE"/>
                          </w:rPr>
                          <w:t>HORACIO OLIVO</w:t>
                        </w:r>
                      </w:p>
                      <w:p w14:paraId="5F487761" w14:textId="77777777" w:rsidR="005C5C6A" w:rsidRPr="000C6265" w:rsidRDefault="000C6265">
                        <w:pPr>
                          <w:spacing w:after="0" w:line="240" w:lineRule="auto"/>
                          <w:jc w:val="center"/>
                          <w:rPr>
                            <w:lang w:val="es-PE"/>
                          </w:rPr>
                        </w:pPr>
                        <w:r w:rsidRPr="000C6265">
                          <w:rPr>
                            <w:color w:val="384452"/>
                            <w:sz w:val="12"/>
                            <w:lang w:val="es-PE"/>
                          </w:rPr>
                          <w:t>Experto en Negocios</w:t>
                        </w:r>
                      </w:p>
                    </w:tc>
                    <w:tc>
                      <w:tcPr>
                        <w:tcW w:w="18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7A18BB12" w14:textId="77777777" w:rsidR="005C5C6A" w:rsidRDefault="000C6265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1F17CAD" wp14:editId="7848C13A">
                              <wp:extent cx="941832" cy="941832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sello_dorado2.png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1832" cy="9418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104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21CDA4E4" w14:textId="77777777" w:rsidR="005C5C6A" w:rsidRPr="000C6265" w:rsidRDefault="000C6265">
                        <w:pPr>
                          <w:spacing w:after="0" w:line="240" w:lineRule="auto"/>
                          <w:jc w:val="center"/>
                          <w:rPr>
                            <w:lang w:val="es-PE"/>
                          </w:rPr>
                        </w:pPr>
                        <w:r w:rsidRPr="000C6265">
                          <w:rPr>
                            <w:rFonts w:ascii="Z003" w:eastAsia="Z003" w:hAnsi="Z003"/>
                            <w:i/>
                            <w:color w:val="071F39"/>
                            <w:sz w:val="44"/>
                            <w:lang w:val="es-PE"/>
                          </w:rPr>
                          <w:t>Andrea Morales</w:t>
                        </w:r>
                      </w:p>
                      <w:p w14:paraId="693B8256" w14:textId="77777777" w:rsidR="005C5C6A" w:rsidRPr="000C6265" w:rsidRDefault="000C6265">
                        <w:pPr>
                          <w:spacing w:after="0" w:line="240" w:lineRule="auto"/>
                          <w:jc w:val="center"/>
                          <w:rPr>
                            <w:lang w:val="es-PE"/>
                          </w:rPr>
                        </w:pPr>
                        <w:r w:rsidRPr="000C6265">
                          <w:rPr>
                            <w:rFonts w:ascii="Arial" w:eastAsia="Arial" w:hAnsi="Arial"/>
                            <w:color w:val="071F39"/>
                            <w:sz w:val="14"/>
                            <w:lang w:val="es-PE"/>
                          </w:rPr>
                          <w:t>______________________</w:t>
                        </w:r>
                      </w:p>
                      <w:p w14:paraId="2B041055" w14:textId="77777777" w:rsidR="005C5C6A" w:rsidRPr="000C6265" w:rsidRDefault="000C6265">
                        <w:pPr>
                          <w:spacing w:after="0" w:line="240" w:lineRule="auto"/>
                          <w:jc w:val="center"/>
                          <w:rPr>
                            <w:lang w:val="es-PE"/>
                          </w:rPr>
                        </w:pPr>
                        <w:r w:rsidRPr="000C6265">
                          <w:rPr>
                            <w:b/>
                            <w:color w:val="071F39"/>
                            <w:sz w:val="13"/>
                            <w:lang w:val="es-PE"/>
                          </w:rPr>
                          <w:t>ANDREA MORALES</w:t>
                        </w:r>
                      </w:p>
                      <w:p w14:paraId="55F366B8" w14:textId="77777777" w:rsidR="005C5C6A" w:rsidRPr="000C6265" w:rsidRDefault="000C6265">
                        <w:pPr>
                          <w:spacing w:after="0" w:line="240" w:lineRule="auto"/>
                          <w:jc w:val="center"/>
                          <w:rPr>
                            <w:lang w:val="es-PE"/>
                          </w:rPr>
                        </w:pPr>
                        <w:r w:rsidRPr="000C6265">
                          <w:rPr>
                            <w:color w:val="384452"/>
                            <w:sz w:val="12"/>
                            <w:lang w:val="es-PE"/>
                          </w:rPr>
                          <w:t>Experta en Negocios</w:t>
                        </w:r>
                      </w:p>
                    </w:tc>
                  </w:tr>
                </w:tbl>
                <w:p w14:paraId="400E0B58" w14:textId="77777777" w:rsidR="005C5C6A" w:rsidRPr="000C6265" w:rsidRDefault="005C5C6A">
                  <w:pPr>
                    <w:rPr>
                      <w:lang w:val="es-PE"/>
                    </w:rPr>
                  </w:pPr>
                </w:p>
              </w:tc>
            </w:tr>
          </w:tbl>
          <w:p w14:paraId="2D6212CA" w14:textId="77777777" w:rsidR="005C5C6A" w:rsidRPr="000C6265" w:rsidRDefault="005C5C6A">
            <w:pPr>
              <w:rPr>
                <w:lang w:val="es-PE"/>
              </w:rPr>
            </w:pPr>
          </w:p>
        </w:tc>
      </w:tr>
    </w:tbl>
    <w:p w14:paraId="54F1E06B" w14:textId="451BF7C8" w:rsidR="000C6265" w:rsidRDefault="000C626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FD809B" wp14:editId="6E9479E8">
                <wp:simplePos x="0" y="0"/>
                <wp:positionH relativeFrom="column">
                  <wp:posOffset>6619875</wp:posOffset>
                </wp:positionH>
                <wp:positionV relativeFrom="paragraph">
                  <wp:posOffset>6763385</wp:posOffset>
                </wp:positionV>
                <wp:extent cx="4162425" cy="266700"/>
                <wp:effectExtent l="0" t="0" r="9525" b="0"/>
                <wp:wrapNone/>
                <wp:docPr id="132183259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9238E9" w14:textId="179A6C09" w:rsidR="000C6265" w:rsidRDefault="000C6265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Encuentra mas plantillas y modelos en: </w:t>
                            </w:r>
                            <w:hyperlink r:id="rId8" w:history="1">
                              <w:r w:rsidRPr="002F14A7">
                                <w:rPr>
                                  <w:rStyle w:val="Hipervnculo"/>
                                  <w:lang w:val="es-ES"/>
                                </w:rPr>
                                <w:t>https://modelosdocu.com/</w:t>
                              </w:r>
                            </w:hyperlink>
                          </w:p>
                          <w:p w14:paraId="358D1678" w14:textId="77777777" w:rsidR="000C6265" w:rsidRPr="000C6265" w:rsidRDefault="000C626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D809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521.25pt;margin-top:532.55pt;width:327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" fillcolor="white [3201]" stroked="f" strokeweight=".5pt">
                <v:textbox>
                  <w:txbxContent>
                    <w:p w14:paraId="729238E9" w14:textId="179A6C09" w:rsidR="000C6265" w:rsidRDefault="000C6265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Encuentra mas plantillas y modelos en: </w:t>
                      </w:r>
                      <w:hyperlink r:id="rId9" w:history="1">
                        <w:r w:rsidRPr="002F14A7">
                          <w:rPr>
                            <w:rStyle w:val="Hipervnculo"/>
                            <w:lang w:val="es-ES"/>
                          </w:rPr>
                          <w:t>https://modelosdocu.com/</w:t>
                        </w:r>
                      </w:hyperlink>
                    </w:p>
                    <w:p w14:paraId="358D1678" w14:textId="77777777" w:rsidR="000C6265" w:rsidRPr="000C6265" w:rsidRDefault="000C626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00000" w:rsidSect="00034616">
      <w:pgSz w:w="16834" w:h="11909" w:orient="landscape"/>
      <w:pgMar w:top="374" w:right="432" w:bottom="374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Z00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8033808">
    <w:abstractNumId w:val="8"/>
  </w:num>
  <w:num w:numId="2" w16cid:durableId="201410222">
    <w:abstractNumId w:val="6"/>
  </w:num>
  <w:num w:numId="3" w16cid:durableId="1603028672">
    <w:abstractNumId w:val="5"/>
  </w:num>
  <w:num w:numId="4" w16cid:durableId="1740708263">
    <w:abstractNumId w:val="4"/>
  </w:num>
  <w:num w:numId="5" w16cid:durableId="602883994">
    <w:abstractNumId w:val="7"/>
  </w:num>
  <w:num w:numId="6" w16cid:durableId="699818419">
    <w:abstractNumId w:val="3"/>
  </w:num>
  <w:num w:numId="7" w16cid:durableId="1941914368">
    <w:abstractNumId w:val="2"/>
  </w:num>
  <w:num w:numId="8" w16cid:durableId="532812734">
    <w:abstractNumId w:val="1"/>
  </w:num>
  <w:num w:numId="9" w16cid:durableId="193836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6265"/>
    <w:rsid w:val="00104AF4"/>
    <w:rsid w:val="0015074B"/>
    <w:rsid w:val="0029639D"/>
    <w:rsid w:val="00326F90"/>
    <w:rsid w:val="005C5C6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46F854D"/>
  <w14:defaultImageDpi w14:val="300"/>
  <w15:docId w15:val="{BF612258-0313-48E9-8CB1-5E0BC60F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Lato" w:eastAsia="Lato" w:hAnsi="Lato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0C626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C6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delosdocu.com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delosdoc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Modelos Docu;Modelosdocu.com</dc:creator>
  <cp:keywords/>
  <dc:description>generated by python-docx</dc:description>
  <cp:lastModifiedBy>User</cp:lastModifiedBy>
  <cp:revision>2</cp:revision>
  <dcterms:created xsi:type="dcterms:W3CDTF">2026-05-08T00:13:00Z</dcterms:created>
  <dcterms:modified xsi:type="dcterms:W3CDTF">2026-05-08T00:13:00Z</dcterms:modified>
  <cp:category/>
</cp:coreProperties>
</file>