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0F58" w14:textId="77777777" w:rsidR="00EE06B8" w:rsidRDefault="002A15B9">
      <w:pPr>
        <w:spacing w:after="0" w:line="20" w:lineRule="exact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3C85E4DF" wp14:editId="77AA04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0" cy="756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loma_reconocimiento_bg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A790F" w14:textId="77777777" w:rsidR="00EE06B8" w:rsidRDefault="002A15B9">
      <w:pPr>
        <w:spacing w:before="3400" w:after="180"/>
        <w:ind w:left="2948" w:right="680"/>
        <w:jc w:val="center"/>
      </w:pPr>
      <w:r>
        <w:rPr>
          <w:rFonts w:ascii="Lato" w:hAnsi="Lato" w:cs="Lato"/>
          <w:b/>
          <w:color w:val="D59B27"/>
          <w:sz w:val="68"/>
        </w:rPr>
        <w:t>DIPLOMA DE RECONOCIMIENTO</w:t>
      </w:r>
    </w:p>
    <w:p w14:paraId="793334CC" w14:textId="77777777" w:rsidR="00EE06B8" w:rsidRDefault="002A15B9">
      <w:pPr>
        <w:spacing w:after="140"/>
        <w:ind w:left="2948" w:right="680"/>
        <w:jc w:val="center"/>
      </w:pPr>
      <w:r>
        <w:rPr>
          <w:rFonts w:ascii="Lato" w:hAnsi="Lato" w:cs="Lato"/>
          <w:color w:val="333333"/>
          <w:sz w:val="26"/>
        </w:rPr>
        <w:t>Se otorga el presente diploma a</w:t>
      </w:r>
    </w:p>
    <w:p w14:paraId="3C7D7C28" w14:textId="77777777" w:rsidR="00EE06B8" w:rsidRDefault="002A15B9">
      <w:pPr>
        <w:spacing w:after="220"/>
        <w:ind w:left="2948" w:right="680"/>
        <w:jc w:val="center"/>
      </w:pPr>
      <w:r>
        <w:rPr>
          <w:rFonts w:ascii="Noto Serif Display" w:hAnsi="Noto Serif Display" w:cs="Noto Serif Display"/>
          <w:i/>
          <w:color w:val="1B1B1B"/>
          <w:sz w:val="76"/>
        </w:rPr>
        <w:t>[NOMBRE Y APELLIDO]</w:t>
      </w:r>
    </w:p>
    <w:p w14:paraId="3510E2B9" w14:textId="77777777" w:rsidR="00EE06B8" w:rsidRDefault="002A15B9">
      <w:pPr>
        <w:spacing w:after="280"/>
        <w:ind w:left="2948" w:right="680"/>
        <w:jc w:val="center"/>
      </w:pPr>
      <w:r>
        <w:rPr>
          <w:rFonts w:ascii="Lato" w:hAnsi="Lato" w:cs="Lato"/>
          <w:color w:val="333333"/>
          <w:sz w:val="28"/>
        </w:rPr>
        <w:t>Por su destacada participación, compromiso y excelencia,</w:t>
      </w:r>
      <w:r>
        <w:rPr>
          <w:rFonts w:ascii="Lato" w:hAnsi="Lato" w:cs="Lato"/>
          <w:color w:val="333333"/>
          <w:sz w:val="28"/>
        </w:rPr>
        <w:br/>
        <w:t>demostrando dedicación y actitud ejemplar.</w:t>
      </w:r>
    </w:p>
    <w:p w14:paraId="63D6A507" w14:textId="77777777" w:rsidR="00EE06B8" w:rsidRDefault="002A15B9">
      <w:pPr>
        <w:spacing w:after="0"/>
        <w:ind w:left="2948" w:right="680"/>
        <w:jc w:val="center"/>
      </w:pPr>
      <w:r>
        <w:rPr>
          <w:rFonts w:ascii="Lato" w:hAnsi="Lato" w:cs="Lato"/>
          <w:color w:val="555555"/>
        </w:rPr>
        <w:t>Otorgado el ____ de __________________ de 2026</w:t>
      </w:r>
    </w:p>
    <w:sectPr w:rsidR="00EE06B8">
      <w:pgSz w:w="16838" w:h="11906" w:orient="landscape"/>
      <w:pgMar w:top="283" w:right="283" w:bottom="283" w:left="28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oto Serif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1303889">
    <w:abstractNumId w:val="8"/>
  </w:num>
  <w:num w:numId="2" w16cid:durableId="958071944">
    <w:abstractNumId w:val="6"/>
  </w:num>
  <w:num w:numId="3" w16cid:durableId="698971687">
    <w:abstractNumId w:val="5"/>
  </w:num>
  <w:num w:numId="4" w16cid:durableId="823743944">
    <w:abstractNumId w:val="4"/>
  </w:num>
  <w:num w:numId="5" w16cid:durableId="1546914658">
    <w:abstractNumId w:val="7"/>
  </w:num>
  <w:num w:numId="6" w16cid:durableId="1585794067">
    <w:abstractNumId w:val="3"/>
  </w:num>
  <w:num w:numId="7" w16cid:durableId="297415163">
    <w:abstractNumId w:val="2"/>
  </w:num>
  <w:num w:numId="8" w16cid:durableId="288585018">
    <w:abstractNumId w:val="1"/>
  </w:num>
  <w:num w:numId="9" w16cid:durableId="645820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4AF4"/>
    <w:rsid w:val="0015074B"/>
    <w:rsid w:val="0029639D"/>
    <w:rsid w:val="002A15B9"/>
    <w:rsid w:val="002E3B1B"/>
    <w:rsid w:val="00326F90"/>
    <w:rsid w:val="00AA1D8D"/>
    <w:rsid w:val="00B47730"/>
    <w:rsid w:val="00CB0664"/>
    <w:rsid w:val="00EE06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39C7C8"/>
  <w14:defaultImageDpi w14:val="300"/>
  <w15:docId w15:val="{BF612258-0313-48E9-8CB1-5E0BC60F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>generated by python-docx</dc:description>
  <cp:lastModifiedBy>User</cp:lastModifiedBy>
  <cp:revision>2</cp:revision>
  <dcterms:created xsi:type="dcterms:W3CDTF">2026-05-07T23:53:00Z</dcterms:created>
  <dcterms:modified xsi:type="dcterms:W3CDTF">2026-05-07T23:53:00Z</dcterms:modified>
  <cp:category/>
</cp:coreProperties>
</file>