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1681" w14:textId="0019007C" w:rsidR="00E35D25" w:rsidRPr="000A12B6" w:rsidRDefault="000A12B6">
      <w:pPr>
        <w:spacing w:after="0" w:line="240" w:lineRule="auto"/>
        <w:jc w:val="center"/>
        <w:rPr>
          <w:sz w:val="40"/>
          <w:szCs w:val="40"/>
          <w:lang w:val="es-PE"/>
        </w:rPr>
      </w:pPr>
      <w:r>
        <w:rPr>
          <w:b/>
          <w:sz w:val="40"/>
          <w:szCs w:val="40"/>
          <w:lang w:val="es-PE"/>
        </w:rPr>
        <w:t>JANE PEREZ TORRES</w:t>
      </w:r>
    </w:p>
    <w:p w14:paraId="4323121A" w14:textId="77777777" w:rsidR="00E35D25" w:rsidRPr="000A12B6" w:rsidRDefault="000A12B6">
      <w:pPr>
        <w:spacing w:after="0" w:line="240" w:lineRule="auto"/>
        <w:jc w:val="center"/>
        <w:rPr>
          <w:sz w:val="20"/>
          <w:szCs w:val="20"/>
          <w:lang w:val="es-PE"/>
        </w:rPr>
      </w:pPr>
      <w:r w:rsidRPr="000A12B6">
        <w:rPr>
          <w:i/>
          <w:sz w:val="20"/>
          <w:szCs w:val="20"/>
          <w:lang w:val="es-PE"/>
        </w:rPr>
        <w:t>Lic. en Administración | Gestión Administrativa | Finanzas | Recursos Humanos</w:t>
      </w:r>
    </w:p>
    <w:p w14:paraId="337A54F9" w14:textId="062101C4" w:rsidR="00E35D25" w:rsidRDefault="000A12B6">
      <w:pPr>
        <w:spacing w:before="20" w:after="0" w:line="240" w:lineRule="auto"/>
        <w:jc w:val="center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 xml:space="preserve">[55 0000 0000]   | </w:t>
      </w:r>
      <w:r w:rsidRPr="000A12B6">
        <w:rPr>
          <w:sz w:val="20"/>
          <w:szCs w:val="20"/>
          <w:lang w:val="es-PE"/>
        </w:rPr>
        <w:t>[correo@ejemplo.com]   |</w:t>
      </w:r>
      <w:r w:rsidRPr="000A12B6">
        <w:rPr>
          <w:sz w:val="20"/>
          <w:szCs w:val="20"/>
          <w:lang w:val="es-PE"/>
        </w:rPr>
        <w:t xml:space="preserve"> [LinkedIn/Portafolio]   | </w:t>
      </w:r>
      <w:r w:rsidRPr="000A12B6">
        <w:rPr>
          <w:sz w:val="20"/>
          <w:szCs w:val="20"/>
          <w:lang w:val="es-PE"/>
        </w:rPr>
        <w:t>[Ciudad, Estado, México]</w:t>
      </w:r>
    </w:p>
    <w:p w14:paraId="2230F578" w14:textId="77777777" w:rsidR="000A12B6" w:rsidRPr="000A12B6" w:rsidRDefault="000A12B6">
      <w:pPr>
        <w:spacing w:before="20" w:after="0" w:line="240" w:lineRule="auto"/>
        <w:jc w:val="center"/>
        <w:rPr>
          <w:sz w:val="20"/>
          <w:szCs w:val="20"/>
          <w:lang w:val="es-PE"/>
        </w:rPr>
      </w:pPr>
    </w:p>
    <w:p w14:paraId="771AB303" w14:textId="77777777" w:rsidR="00E35D25" w:rsidRPr="000A12B6" w:rsidRDefault="00E35D25">
      <w:pPr>
        <w:pBdr>
          <w:bottom w:val="single" w:sz="8" w:space="1" w:color="7A7A7A"/>
        </w:pBdr>
        <w:spacing w:after="60" w:line="240" w:lineRule="auto"/>
        <w:rPr>
          <w:lang w:val="es-PE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454"/>
      </w:tblGrid>
      <w:tr w:rsidR="00E35D25" w14:paraId="367D91BC" w14:textId="77777777">
        <w:trPr>
          <w:jc w:val="center"/>
        </w:trPr>
        <w:tc>
          <w:tcPr>
            <w:tcW w:w="10454" w:type="dxa"/>
            <w:shd w:val="clear" w:color="auto" w:fill="D9D9D9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56528322" w14:textId="77777777" w:rsidR="00E35D25" w:rsidRPr="000A12B6" w:rsidRDefault="000A12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12B6">
              <w:rPr>
                <w:b/>
                <w:sz w:val="28"/>
                <w:szCs w:val="28"/>
              </w:rPr>
              <w:t>P E R F I L   P R O F E S I O N A L</w:t>
            </w:r>
          </w:p>
        </w:tc>
      </w:tr>
    </w:tbl>
    <w:p w14:paraId="5393F8FE" w14:textId="77777777" w:rsidR="000A12B6" w:rsidRDefault="000A12B6">
      <w:pPr>
        <w:spacing w:after="60" w:line="240" w:lineRule="auto"/>
        <w:jc w:val="both"/>
        <w:rPr>
          <w:i/>
          <w:sz w:val="20"/>
          <w:szCs w:val="20"/>
          <w:lang w:val="es-PE"/>
        </w:rPr>
      </w:pPr>
    </w:p>
    <w:p w14:paraId="0A4C9FBC" w14:textId="08D44CD3" w:rsidR="00E35D25" w:rsidRDefault="000A12B6">
      <w:pPr>
        <w:spacing w:after="60" w:line="240" w:lineRule="auto"/>
        <w:jc w:val="both"/>
        <w:rPr>
          <w:i/>
          <w:sz w:val="20"/>
          <w:szCs w:val="20"/>
          <w:lang w:val="es-PE"/>
        </w:rPr>
      </w:pPr>
      <w:r w:rsidRPr="000A12B6">
        <w:rPr>
          <w:i/>
          <w:sz w:val="20"/>
          <w:szCs w:val="20"/>
          <w:lang w:val="es-PE"/>
        </w:rPr>
        <w:t>Profesional de Administración con formación en planeación, control documental, análisis de datos, atención a clientes/proveedores y apoyo a procesos financieros. Interés en optimizar recursos, dar seguimiento a indicadores y contribuir a la operación eficiente de la organización. [Agrega aquí 2 o 3 fortalezas medibles y el tipo de puesto que buscas].</w:t>
      </w:r>
    </w:p>
    <w:p w14:paraId="0DC61C0B" w14:textId="77777777" w:rsidR="000A12B6" w:rsidRPr="000A12B6" w:rsidRDefault="000A12B6">
      <w:pPr>
        <w:spacing w:after="60" w:line="240" w:lineRule="auto"/>
        <w:jc w:val="both"/>
        <w:rPr>
          <w:sz w:val="20"/>
          <w:szCs w:val="20"/>
          <w:lang w:val="es-PE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454"/>
      </w:tblGrid>
      <w:tr w:rsidR="00E35D25" w:rsidRPr="000A12B6" w14:paraId="512DE8AC" w14:textId="77777777">
        <w:trPr>
          <w:jc w:val="center"/>
        </w:trPr>
        <w:tc>
          <w:tcPr>
            <w:tcW w:w="10454" w:type="dxa"/>
            <w:shd w:val="clear" w:color="auto" w:fill="D9D9D9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389898E2" w14:textId="77777777" w:rsidR="00E35D25" w:rsidRPr="000A12B6" w:rsidRDefault="000A12B6">
            <w:pPr>
              <w:spacing w:after="0" w:line="240" w:lineRule="auto"/>
              <w:jc w:val="center"/>
              <w:rPr>
                <w:sz w:val="28"/>
                <w:szCs w:val="28"/>
                <w:lang w:val="es-PE"/>
              </w:rPr>
            </w:pPr>
            <w:r w:rsidRPr="000A12B6">
              <w:rPr>
                <w:b/>
                <w:sz w:val="28"/>
                <w:szCs w:val="28"/>
                <w:lang w:val="es-PE"/>
              </w:rPr>
              <w:t>E X P E R I E N C I A   P R O F E S I O N A L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424"/>
        <w:gridCol w:w="1655"/>
      </w:tblGrid>
      <w:tr w:rsidR="00E35D25" w:rsidRPr="000A12B6" w14:paraId="6E0D8EBB" w14:textId="77777777">
        <w:trPr>
          <w:jc w:val="center"/>
        </w:trPr>
        <w:tc>
          <w:tcPr>
            <w:tcW w:w="84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7C9D" w14:textId="77777777" w:rsidR="000A12B6" w:rsidRDefault="000A12B6">
            <w:pPr>
              <w:spacing w:before="40" w:after="0" w:line="240" w:lineRule="auto"/>
              <w:rPr>
                <w:b/>
                <w:sz w:val="20"/>
                <w:szCs w:val="20"/>
                <w:lang w:val="es-PE"/>
              </w:rPr>
            </w:pPr>
          </w:p>
          <w:p w14:paraId="6943EEC4" w14:textId="22750BB9" w:rsidR="00E35D25" w:rsidRPr="000A12B6" w:rsidRDefault="000A12B6">
            <w:pPr>
              <w:spacing w:before="40"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b/>
                <w:sz w:val="20"/>
                <w:szCs w:val="20"/>
                <w:lang w:val="es-PE"/>
              </w:rPr>
              <w:t>Auxiliar Administrativo - [Empresa]</w:t>
            </w:r>
          </w:p>
          <w:p w14:paraId="6E2BBEB3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i/>
                <w:sz w:val="20"/>
                <w:szCs w:val="20"/>
                <w:lang w:val="es-PE"/>
              </w:rPr>
              <w:t>[Ciudad, Estado] · México</w:t>
            </w:r>
          </w:p>
        </w:tc>
        <w:tc>
          <w:tcPr>
            <w:tcW w:w="16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AC792" w14:textId="77777777" w:rsidR="000A12B6" w:rsidRDefault="000A12B6">
            <w:pPr>
              <w:spacing w:before="40" w:after="0" w:line="240" w:lineRule="auto"/>
              <w:jc w:val="right"/>
              <w:rPr>
                <w:i/>
                <w:sz w:val="20"/>
                <w:szCs w:val="20"/>
              </w:rPr>
            </w:pPr>
          </w:p>
          <w:p w14:paraId="1F3FCFA4" w14:textId="276C8D05" w:rsidR="00E35D25" w:rsidRPr="000A12B6" w:rsidRDefault="000A12B6">
            <w:pPr>
              <w:spacing w:before="40" w:after="0" w:line="240" w:lineRule="auto"/>
              <w:jc w:val="right"/>
              <w:rPr>
                <w:sz w:val="20"/>
                <w:szCs w:val="20"/>
              </w:rPr>
            </w:pPr>
            <w:r w:rsidRPr="000A12B6">
              <w:rPr>
                <w:i/>
                <w:sz w:val="20"/>
                <w:szCs w:val="20"/>
              </w:rPr>
              <w:t>[Mes Año - Actual]</w:t>
            </w:r>
          </w:p>
        </w:tc>
      </w:tr>
    </w:tbl>
    <w:p w14:paraId="19299911" w14:textId="77777777" w:rsidR="00E35D25" w:rsidRPr="000A12B6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• Elaboré reportes administrativos en Excel y di seguimiento a indicadores de ventas, gastos y cobranza.</w:t>
      </w:r>
    </w:p>
    <w:p w14:paraId="6BE1E1D6" w14:textId="77777777" w:rsidR="00E35D25" w:rsidRPr="000A12B6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• Organicé archivos físicos y digitales, órdenes de compra, facturas CFDI y documentación de proveedores.</w:t>
      </w:r>
    </w:p>
    <w:p w14:paraId="53A1C594" w14:textId="77777777" w:rsidR="00E35D25" w:rsidRPr="000A12B6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• Apoyé la atención a clientes internos y externos, reduciendo tiempos de respuesta mediante control de pendientes.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424"/>
        <w:gridCol w:w="1655"/>
      </w:tblGrid>
      <w:tr w:rsidR="00E35D25" w:rsidRPr="000A12B6" w14:paraId="530125EF" w14:textId="77777777">
        <w:trPr>
          <w:jc w:val="center"/>
        </w:trPr>
        <w:tc>
          <w:tcPr>
            <w:tcW w:w="84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9BE8" w14:textId="77777777" w:rsidR="00E35D25" w:rsidRPr="000A12B6" w:rsidRDefault="000A12B6">
            <w:pPr>
              <w:spacing w:before="40"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b/>
                <w:sz w:val="20"/>
                <w:szCs w:val="20"/>
                <w:lang w:val="es-PE"/>
              </w:rPr>
              <w:t>Asistente Administrativo / Servicio Social - [Institución]</w:t>
            </w:r>
          </w:p>
          <w:p w14:paraId="3DDABE4A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</w:rPr>
            </w:pPr>
            <w:r w:rsidRPr="000A12B6">
              <w:rPr>
                <w:i/>
                <w:sz w:val="20"/>
                <w:szCs w:val="20"/>
              </w:rPr>
              <w:t>[Ciudad, Estado] · México</w:t>
            </w:r>
          </w:p>
        </w:tc>
        <w:tc>
          <w:tcPr>
            <w:tcW w:w="16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00C4" w14:textId="77777777" w:rsidR="00E35D25" w:rsidRPr="000A12B6" w:rsidRDefault="000A12B6">
            <w:pPr>
              <w:spacing w:before="40" w:after="0" w:line="240" w:lineRule="auto"/>
              <w:jc w:val="right"/>
              <w:rPr>
                <w:sz w:val="20"/>
                <w:szCs w:val="20"/>
              </w:rPr>
            </w:pPr>
            <w:r w:rsidRPr="000A12B6">
              <w:rPr>
                <w:i/>
                <w:sz w:val="20"/>
                <w:szCs w:val="20"/>
              </w:rPr>
              <w:t>[Mes Año - Mes Año]</w:t>
            </w:r>
          </w:p>
        </w:tc>
      </w:tr>
    </w:tbl>
    <w:p w14:paraId="6E192DA5" w14:textId="77777777" w:rsidR="00E35D25" w:rsidRPr="000A12B6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• Registré información en sistemas administrativos y validé datos para reportes mensuales.</w:t>
      </w:r>
    </w:p>
    <w:p w14:paraId="56F8FB64" w14:textId="77777777" w:rsidR="00E35D25" w:rsidRPr="000A12B6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• Coordiné agendas, minutas y seguimiento de acuerdos con áreas de compras, finanzas y recursos humanos.</w:t>
      </w:r>
    </w:p>
    <w:p w14:paraId="28D10D43" w14:textId="77777777" w:rsidR="00E35D25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• Participé en mejoras de procesos administrativos usando listas de control y formatos estandarizados.</w:t>
      </w:r>
    </w:p>
    <w:p w14:paraId="576A420F" w14:textId="77777777" w:rsidR="000A12B6" w:rsidRPr="000A12B6" w:rsidRDefault="000A12B6">
      <w:pPr>
        <w:spacing w:after="0" w:line="240" w:lineRule="auto"/>
        <w:ind w:left="245" w:hanging="158"/>
        <w:rPr>
          <w:sz w:val="20"/>
          <w:szCs w:val="20"/>
          <w:lang w:val="es-PE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454"/>
      </w:tblGrid>
      <w:tr w:rsidR="00E35D25" w14:paraId="6A8C06D3" w14:textId="77777777">
        <w:trPr>
          <w:jc w:val="center"/>
        </w:trPr>
        <w:tc>
          <w:tcPr>
            <w:tcW w:w="10454" w:type="dxa"/>
            <w:shd w:val="clear" w:color="auto" w:fill="D9D9D9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76F68653" w14:textId="77777777" w:rsidR="00E35D25" w:rsidRPr="000A12B6" w:rsidRDefault="000A12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12B6">
              <w:rPr>
                <w:b/>
                <w:sz w:val="28"/>
                <w:szCs w:val="28"/>
              </w:rPr>
              <w:t>E D U C A C I Ó N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352"/>
        <w:gridCol w:w="1728"/>
      </w:tblGrid>
      <w:tr w:rsidR="00E35D25" w:rsidRPr="000A12B6" w14:paraId="5FD3DA54" w14:textId="77777777">
        <w:trPr>
          <w:jc w:val="center"/>
        </w:trPr>
        <w:tc>
          <w:tcPr>
            <w:tcW w:w="8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6287" w14:textId="77777777" w:rsidR="000A12B6" w:rsidRDefault="000A12B6">
            <w:pPr>
              <w:spacing w:before="20" w:after="0" w:line="240" w:lineRule="auto"/>
              <w:rPr>
                <w:b/>
                <w:sz w:val="20"/>
                <w:szCs w:val="20"/>
                <w:lang w:val="es-PE"/>
              </w:rPr>
            </w:pPr>
          </w:p>
          <w:p w14:paraId="18EEC36B" w14:textId="5AE42409" w:rsidR="00E35D25" w:rsidRPr="000A12B6" w:rsidRDefault="000A12B6">
            <w:pPr>
              <w:spacing w:before="20"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b/>
                <w:sz w:val="20"/>
                <w:szCs w:val="20"/>
                <w:lang w:val="es-PE"/>
              </w:rPr>
              <w:t>Licenciatura en Administración - [Universidad]</w:t>
            </w:r>
          </w:p>
          <w:p w14:paraId="1ACB8F87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i/>
                <w:sz w:val="20"/>
                <w:szCs w:val="20"/>
                <w:lang w:val="es-PE"/>
              </w:rPr>
              <w:t>[Ciudad, Estado] · Promedio: [opcional] · Titulación: [en curso/titulado]</w:t>
            </w:r>
          </w:p>
        </w:tc>
        <w:tc>
          <w:tcPr>
            <w:tcW w:w="17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A71D8" w14:textId="77777777" w:rsidR="000A12B6" w:rsidRDefault="000A12B6">
            <w:pPr>
              <w:spacing w:before="20" w:after="0" w:line="240" w:lineRule="auto"/>
              <w:jc w:val="right"/>
              <w:rPr>
                <w:i/>
                <w:sz w:val="20"/>
                <w:szCs w:val="20"/>
              </w:rPr>
            </w:pPr>
          </w:p>
          <w:p w14:paraId="0E4DF59A" w14:textId="369BDF83" w:rsidR="00E35D25" w:rsidRPr="000A12B6" w:rsidRDefault="000A12B6">
            <w:pPr>
              <w:spacing w:before="20" w:after="0" w:line="240" w:lineRule="auto"/>
              <w:jc w:val="right"/>
              <w:rPr>
                <w:sz w:val="20"/>
                <w:szCs w:val="20"/>
              </w:rPr>
            </w:pPr>
            <w:r w:rsidRPr="000A12B6">
              <w:rPr>
                <w:i/>
                <w:sz w:val="20"/>
                <w:szCs w:val="20"/>
              </w:rPr>
              <w:t>[Mes Año - Mes Año]</w:t>
            </w:r>
          </w:p>
        </w:tc>
      </w:tr>
      <w:tr w:rsidR="00E35D25" w:rsidRPr="000A12B6" w14:paraId="25877410" w14:textId="77777777">
        <w:trPr>
          <w:jc w:val="center"/>
        </w:trPr>
        <w:tc>
          <w:tcPr>
            <w:tcW w:w="83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BA9FF" w14:textId="77777777" w:rsidR="00E35D25" w:rsidRPr="000A12B6" w:rsidRDefault="000A12B6">
            <w:pPr>
              <w:spacing w:before="20"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b/>
                <w:sz w:val="20"/>
                <w:szCs w:val="20"/>
                <w:lang w:val="es-PE"/>
              </w:rPr>
              <w:t>Bachillerato Técnico / Preparatoria - [Institución]</w:t>
            </w:r>
          </w:p>
          <w:p w14:paraId="13DCC2F7" w14:textId="77777777" w:rsidR="00E35D25" w:rsidRDefault="000A12B6">
            <w:pPr>
              <w:spacing w:after="0" w:line="240" w:lineRule="auto"/>
              <w:rPr>
                <w:i/>
                <w:sz w:val="20"/>
                <w:szCs w:val="20"/>
                <w:lang w:val="es-PE"/>
              </w:rPr>
            </w:pPr>
            <w:r w:rsidRPr="000A12B6">
              <w:rPr>
                <w:i/>
                <w:sz w:val="20"/>
                <w:szCs w:val="20"/>
                <w:lang w:val="es-PE"/>
              </w:rPr>
              <w:t>[Ciudad, Estado]</w:t>
            </w:r>
          </w:p>
          <w:p w14:paraId="0665818B" w14:textId="77777777" w:rsidR="000A12B6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</w:p>
        </w:tc>
        <w:tc>
          <w:tcPr>
            <w:tcW w:w="17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662B" w14:textId="77777777" w:rsidR="00E35D25" w:rsidRPr="000A12B6" w:rsidRDefault="000A12B6">
            <w:pPr>
              <w:spacing w:before="20" w:after="0" w:line="240" w:lineRule="auto"/>
              <w:jc w:val="right"/>
              <w:rPr>
                <w:sz w:val="20"/>
                <w:szCs w:val="20"/>
              </w:rPr>
            </w:pPr>
            <w:r w:rsidRPr="000A12B6">
              <w:rPr>
                <w:i/>
                <w:sz w:val="20"/>
                <w:szCs w:val="20"/>
              </w:rPr>
              <w:t>[Mes Año - Mes Año]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227"/>
        <w:gridCol w:w="5227"/>
        <w:gridCol w:w="20"/>
      </w:tblGrid>
      <w:tr w:rsidR="00E35D25" w14:paraId="32DA7F73" w14:textId="77777777">
        <w:trPr>
          <w:gridAfter w:val="1"/>
          <w:wAfter w:w="20" w:type="dxa"/>
          <w:jc w:val="center"/>
        </w:trPr>
        <w:tc>
          <w:tcPr>
            <w:tcW w:w="10454" w:type="dxa"/>
            <w:gridSpan w:val="2"/>
            <w:shd w:val="clear" w:color="auto" w:fill="D9D9D9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587C47C7" w14:textId="77777777" w:rsidR="00E35D25" w:rsidRPr="000A12B6" w:rsidRDefault="000A12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12B6">
              <w:rPr>
                <w:b/>
                <w:sz w:val="28"/>
                <w:szCs w:val="28"/>
              </w:rPr>
              <w:t>H A B I L I D A D E S   C L A V E</w:t>
            </w:r>
          </w:p>
        </w:tc>
      </w:tr>
      <w:tr w:rsidR="00E35D25" w:rsidRPr="000A12B6" w14:paraId="38A0E5C6" w14:textId="77777777">
        <w:trPr>
          <w:jc w:val="center"/>
        </w:trPr>
        <w:tc>
          <w:tcPr>
            <w:tcW w:w="5227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304F5F3E" w14:textId="77777777" w:rsidR="000A12B6" w:rsidRDefault="000A12B6">
            <w:pPr>
              <w:spacing w:after="0" w:line="240" w:lineRule="auto"/>
              <w:rPr>
                <w:sz w:val="20"/>
                <w:szCs w:val="20"/>
              </w:rPr>
            </w:pPr>
          </w:p>
          <w:p w14:paraId="035836AC" w14:textId="17303AE0" w:rsidR="00E35D25" w:rsidRPr="000A12B6" w:rsidRDefault="000A12B6">
            <w:pPr>
              <w:spacing w:after="0" w:line="240" w:lineRule="auto"/>
              <w:rPr>
                <w:sz w:val="20"/>
                <w:szCs w:val="20"/>
              </w:rPr>
            </w:pPr>
            <w:r w:rsidRPr="000A12B6">
              <w:rPr>
                <w:sz w:val="20"/>
                <w:szCs w:val="20"/>
              </w:rPr>
              <w:t xml:space="preserve">• Control </w:t>
            </w:r>
            <w:proofErr w:type="spellStart"/>
            <w:r w:rsidRPr="000A12B6">
              <w:rPr>
                <w:sz w:val="20"/>
                <w:szCs w:val="20"/>
              </w:rPr>
              <w:t>administrativo</w:t>
            </w:r>
            <w:proofErr w:type="spellEnd"/>
            <w:r w:rsidRPr="000A12B6">
              <w:rPr>
                <w:sz w:val="20"/>
                <w:szCs w:val="20"/>
              </w:rPr>
              <w:t xml:space="preserve"> y </w:t>
            </w:r>
            <w:proofErr w:type="spellStart"/>
            <w:r w:rsidRPr="000A12B6">
              <w:rPr>
                <w:sz w:val="20"/>
                <w:szCs w:val="20"/>
              </w:rPr>
              <w:t>archivo</w:t>
            </w:r>
            <w:proofErr w:type="spellEnd"/>
          </w:p>
        </w:tc>
        <w:tc>
          <w:tcPr>
            <w:tcW w:w="5227" w:type="dxa"/>
            <w:gridSpan w:val="2"/>
            <w:tcMar>
              <w:top w:w="0" w:type="dxa"/>
              <w:left w:w="0" w:type="dxa"/>
              <w:bottom w:w="0" w:type="dxa"/>
              <w:right w:w="60" w:type="dxa"/>
            </w:tcMar>
          </w:tcPr>
          <w:p w14:paraId="24B303CB" w14:textId="77777777" w:rsid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</w:p>
          <w:p w14:paraId="6A361A6E" w14:textId="7005AC61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Compras, inventarios y seguimiento de órdenes</w:t>
            </w:r>
          </w:p>
        </w:tc>
      </w:tr>
      <w:tr w:rsidR="00E35D25" w:rsidRPr="000A12B6" w14:paraId="7E9D9BB5" w14:textId="77777777">
        <w:trPr>
          <w:jc w:val="center"/>
        </w:trPr>
        <w:tc>
          <w:tcPr>
            <w:tcW w:w="5227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F9BA16B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Excel: tablas dinámicas, filtros y fórmulas</w:t>
            </w:r>
          </w:p>
        </w:tc>
        <w:tc>
          <w:tcPr>
            <w:tcW w:w="5227" w:type="dxa"/>
            <w:gridSpan w:val="2"/>
            <w:tcMar>
              <w:top w:w="0" w:type="dxa"/>
              <w:left w:w="0" w:type="dxa"/>
              <w:bottom w:w="0" w:type="dxa"/>
              <w:right w:w="60" w:type="dxa"/>
            </w:tcMar>
          </w:tcPr>
          <w:p w14:paraId="608C3A18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Facturación CFDI y documentación fiscal básica</w:t>
            </w:r>
          </w:p>
        </w:tc>
      </w:tr>
      <w:tr w:rsidR="00E35D25" w:rsidRPr="000A12B6" w14:paraId="4FCD38FE" w14:textId="77777777">
        <w:trPr>
          <w:jc w:val="center"/>
        </w:trPr>
        <w:tc>
          <w:tcPr>
            <w:tcW w:w="5227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7F6B6BA8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Reportes de ventas, gastos y cobranza</w:t>
            </w:r>
          </w:p>
        </w:tc>
        <w:tc>
          <w:tcPr>
            <w:tcW w:w="5227" w:type="dxa"/>
            <w:gridSpan w:val="2"/>
            <w:tcMar>
              <w:top w:w="0" w:type="dxa"/>
              <w:left w:w="0" w:type="dxa"/>
              <w:bottom w:w="0" w:type="dxa"/>
              <w:right w:w="60" w:type="dxa"/>
            </w:tcMar>
          </w:tcPr>
          <w:p w14:paraId="570E0471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Comunicación profesional y trabajo en equipo</w:t>
            </w:r>
          </w:p>
        </w:tc>
      </w:tr>
      <w:tr w:rsidR="00E35D25" w:rsidRPr="000A12B6" w14:paraId="712D4182" w14:textId="77777777">
        <w:trPr>
          <w:jc w:val="center"/>
        </w:trPr>
        <w:tc>
          <w:tcPr>
            <w:tcW w:w="5227" w:type="dxa"/>
            <w:tcMar>
              <w:top w:w="0" w:type="dxa"/>
              <w:left w:w="0" w:type="dxa"/>
              <w:bottom w:w="0" w:type="dxa"/>
              <w:right w:w="60" w:type="dxa"/>
            </w:tcMar>
          </w:tcPr>
          <w:p w14:paraId="0F104F3A" w14:textId="77777777" w:rsidR="00E35D25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Atención a clientes y proveedores</w:t>
            </w:r>
          </w:p>
        </w:tc>
        <w:tc>
          <w:tcPr>
            <w:tcW w:w="5227" w:type="dxa"/>
            <w:gridSpan w:val="2"/>
            <w:tcMar>
              <w:top w:w="0" w:type="dxa"/>
              <w:left w:w="0" w:type="dxa"/>
              <w:bottom w:w="0" w:type="dxa"/>
              <w:right w:w="60" w:type="dxa"/>
            </w:tcMar>
          </w:tcPr>
          <w:p w14:paraId="1BAD05E0" w14:textId="77777777" w:rsidR="00E35D25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  <w:r w:rsidRPr="000A12B6">
              <w:rPr>
                <w:sz w:val="20"/>
                <w:szCs w:val="20"/>
                <w:lang w:val="es-PE"/>
              </w:rPr>
              <w:t>• Planeación, organización y mejora de procesos</w:t>
            </w:r>
          </w:p>
          <w:p w14:paraId="7FBC2D92" w14:textId="77777777" w:rsidR="000A12B6" w:rsidRPr="000A12B6" w:rsidRDefault="000A12B6">
            <w:pPr>
              <w:spacing w:after="0" w:line="240" w:lineRule="auto"/>
              <w:rPr>
                <w:sz w:val="20"/>
                <w:szCs w:val="20"/>
                <w:lang w:val="es-PE"/>
              </w:rPr>
            </w:pPr>
          </w:p>
        </w:tc>
      </w:tr>
      <w:tr w:rsidR="00E35D25" w14:paraId="09472D07" w14:textId="77777777">
        <w:trPr>
          <w:gridAfter w:val="1"/>
          <w:wAfter w:w="20" w:type="dxa"/>
          <w:jc w:val="center"/>
        </w:trPr>
        <w:tc>
          <w:tcPr>
            <w:tcW w:w="10454" w:type="dxa"/>
            <w:gridSpan w:val="2"/>
            <w:shd w:val="clear" w:color="auto" w:fill="D9D9D9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703701A6" w14:textId="77777777" w:rsidR="00E35D25" w:rsidRPr="000A12B6" w:rsidRDefault="000A12B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A12B6">
              <w:rPr>
                <w:b/>
                <w:sz w:val="28"/>
                <w:szCs w:val="28"/>
              </w:rPr>
              <w:t xml:space="preserve">H E R </w:t>
            </w:r>
            <w:proofErr w:type="spellStart"/>
            <w:r w:rsidRPr="000A12B6">
              <w:rPr>
                <w:b/>
                <w:sz w:val="28"/>
                <w:szCs w:val="28"/>
              </w:rPr>
              <w:t>R</w:t>
            </w:r>
            <w:proofErr w:type="spellEnd"/>
            <w:r w:rsidRPr="000A12B6">
              <w:rPr>
                <w:b/>
                <w:sz w:val="28"/>
                <w:szCs w:val="28"/>
              </w:rPr>
              <w:t xml:space="preserve"> A M I E N T A S   E   I D I O M A S</w:t>
            </w:r>
          </w:p>
        </w:tc>
      </w:tr>
    </w:tbl>
    <w:p w14:paraId="452C2BFE" w14:textId="77777777" w:rsidR="000A12B6" w:rsidRDefault="000A12B6">
      <w:pPr>
        <w:spacing w:after="40" w:line="240" w:lineRule="auto"/>
        <w:jc w:val="both"/>
        <w:rPr>
          <w:sz w:val="16"/>
          <w:lang w:val="es-PE"/>
        </w:rPr>
      </w:pPr>
    </w:p>
    <w:p w14:paraId="0A97126E" w14:textId="6F322147" w:rsidR="00E35D25" w:rsidRPr="000A12B6" w:rsidRDefault="000A12B6">
      <w:pPr>
        <w:spacing w:after="40" w:line="240" w:lineRule="auto"/>
        <w:jc w:val="both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 xml:space="preserve">Microsoft Excel [nivel] · Word [nivel] · PowerPoint [nivel] · Google </w:t>
      </w:r>
      <w:proofErr w:type="spellStart"/>
      <w:r w:rsidRPr="000A12B6">
        <w:rPr>
          <w:sz w:val="20"/>
          <w:szCs w:val="20"/>
          <w:lang w:val="es-PE"/>
        </w:rPr>
        <w:t>Workspace</w:t>
      </w:r>
      <w:proofErr w:type="spellEnd"/>
      <w:r w:rsidRPr="000A12B6">
        <w:rPr>
          <w:sz w:val="20"/>
          <w:szCs w:val="20"/>
          <w:lang w:val="es-PE"/>
        </w:rPr>
        <w:t xml:space="preserve"> [nivel] · CONTPAQi/SAE/ERP [nivel, si aplica] · inglés</w:t>
      </w:r>
      <w:r w:rsidRPr="000A12B6">
        <w:rPr>
          <w:sz w:val="20"/>
          <w:szCs w:val="20"/>
          <w:lang w:val="es-PE"/>
        </w:rPr>
        <w:t xml:space="preserve"> [A2/B1/B2] · español</w:t>
      </w:r>
      <w:r w:rsidRPr="000A12B6">
        <w:rPr>
          <w:sz w:val="20"/>
          <w:szCs w:val="20"/>
          <w:lang w:val="es-PE"/>
        </w:rPr>
        <w:t xml:space="preserve"> nativo</w:t>
      </w:r>
    </w:p>
    <w:p w14:paraId="07F917B2" w14:textId="77777777" w:rsidR="000A12B6" w:rsidRPr="000A12B6" w:rsidRDefault="000A12B6">
      <w:pPr>
        <w:spacing w:after="40" w:line="240" w:lineRule="auto"/>
        <w:jc w:val="both"/>
        <w:rPr>
          <w:lang w:val="es-PE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454"/>
      </w:tblGrid>
      <w:tr w:rsidR="00E35D25" w:rsidRPr="000A12B6" w14:paraId="0F767C6D" w14:textId="77777777">
        <w:trPr>
          <w:jc w:val="center"/>
        </w:trPr>
        <w:tc>
          <w:tcPr>
            <w:tcW w:w="10454" w:type="dxa"/>
            <w:shd w:val="clear" w:color="auto" w:fill="D9D9D9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60AAB1DE" w14:textId="77777777" w:rsidR="00E35D25" w:rsidRPr="000A12B6" w:rsidRDefault="000A12B6">
            <w:pPr>
              <w:spacing w:after="0" w:line="240" w:lineRule="auto"/>
              <w:jc w:val="center"/>
              <w:rPr>
                <w:sz w:val="28"/>
                <w:szCs w:val="28"/>
                <w:lang w:val="es-PE"/>
              </w:rPr>
            </w:pPr>
            <w:r w:rsidRPr="000A12B6">
              <w:rPr>
                <w:b/>
                <w:sz w:val="28"/>
                <w:szCs w:val="28"/>
                <w:lang w:val="es-PE"/>
              </w:rPr>
              <w:t>C E R T I F I C A C I O N E S   Y   D A T O S   A D I C I O N A L E S</w:t>
            </w:r>
          </w:p>
        </w:tc>
      </w:tr>
    </w:tbl>
    <w:p w14:paraId="0DDB16A3" w14:textId="77777777" w:rsidR="000A12B6" w:rsidRDefault="000A12B6">
      <w:pPr>
        <w:spacing w:after="0" w:line="240" w:lineRule="auto"/>
        <w:jc w:val="both"/>
        <w:rPr>
          <w:sz w:val="16"/>
          <w:lang w:val="es-PE"/>
        </w:rPr>
      </w:pPr>
    </w:p>
    <w:p w14:paraId="4F900EDB" w14:textId="4AA09759" w:rsidR="00E35D25" w:rsidRPr="000A12B6" w:rsidRDefault="000A12B6">
      <w:pPr>
        <w:spacing w:after="0" w:line="240" w:lineRule="auto"/>
        <w:jc w:val="both"/>
        <w:rPr>
          <w:sz w:val="20"/>
          <w:szCs w:val="20"/>
          <w:lang w:val="es-PE"/>
        </w:rPr>
      </w:pPr>
      <w:r w:rsidRPr="000A12B6">
        <w:rPr>
          <w:sz w:val="20"/>
          <w:szCs w:val="20"/>
          <w:lang w:val="es-PE"/>
        </w:rPr>
        <w:t>Excel Administrativo [institución, año] · Fundamentos de Finanzas [institución, año] · Disponibilidad: [inmediata / medio tiempo / tiempo completo] · Referencias: disponibles a solicitud.</w:t>
      </w:r>
    </w:p>
    <w:p w14:paraId="6496B64E" w14:textId="7A0EC27B" w:rsidR="00E35D25" w:rsidRPr="000A12B6" w:rsidRDefault="00E35D25">
      <w:pPr>
        <w:spacing w:before="60" w:after="0" w:line="240" w:lineRule="auto"/>
        <w:jc w:val="center"/>
        <w:rPr>
          <w:lang w:val="es-PE"/>
        </w:rPr>
      </w:pPr>
    </w:p>
    <w:sectPr w:rsidR="00E35D25" w:rsidRPr="000A12B6" w:rsidSect="00034616">
      <w:pgSz w:w="12240" w:h="15840"/>
      <w:pgMar w:top="648" w:right="893" w:bottom="547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5587324">
    <w:abstractNumId w:val="8"/>
  </w:num>
  <w:num w:numId="2" w16cid:durableId="904530356">
    <w:abstractNumId w:val="6"/>
  </w:num>
  <w:num w:numId="3" w16cid:durableId="1235045258">
    <w:abstractNumId w:val="5"/>
  </w:num>
  <w:num w:numId="4" w16cid:durableId="641927380">
    <w:abstractNumId w:val="4"/>
  </w:num>
  <w:num w:numId="5" w16cid:durableId="1624575219">
    <w:abstractNumId w:val="7"/>
  </w:num>
  <w:num w:numId="6" w16cid:durableId="1820881836">
    <w:abstractNumId w:val="3"/>
  </w:num>
  <w:num w:numId="7" w16cid:durableId="1267347628">
    <w:abstractNumId w:val="2"/>
  </w:num>
  <w:num w:numId="8" w16cid:durableId="447503347">
    <w:abstractNumId w:val="1"/>
  </w:num>
  <w:num w:numId="9" w16cid:durableId="4404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2B6"/>
    <w:rsid w:val="0015074B"/>
    <w:rsid w:val="0029639D"/>
    <w:rsid w:val="00326F90"/>
    <w:rsid w:val="009867BB"/>
    <w:rsid w:val="00AA1D8D"/>
    <w:rsid w:val="00B47730"/>
    <w:rsid w:val="00CB0664"/>
    <w:rsid w:val="00E35D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1FBBA5D"/>
  <w14:defaultImageDpi w14:val="300"/>
  <w15:docId w15:val="{46B5D6B5-1565-4E43-8F8E-7A29C748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Garamond" w:eastAsia="Garamond" w:hAnsi="Garamond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>generated by python-docx</dc:description>
  <cp:lastModifiedBy>User</cp:lastModifiedBy>
  <cp:revision>2</cp:revision>
  <dcterms:created xsi:type="dcterms:W3CDTF">2026-05-31T20:12:00Z</dcterms:created>
  <dcterms:modified xsi:type="dcterms:W3CDTF">2026-05-31T20:12:00Z</dcterms:modified>
  <cp:category/>
</cp:coreProperties>
</file>