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43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87"/>
        <w:gridCol w:w="9856"/>
      </w:tblGrid>
      <w:tr w:rsidR="00EE1549" w:rsidRPr="00F23DCB" w14:paraId="6676F306" w14:textId="77777777" w:rsidTr="00F23DCB">
        <w:trPr>
          <w:trHeight w:val="929"/>
          <w:jc w:val="center"/>
        </w:trPr>
        <w:tc>
          <w:tcPr>
            <w:tcW w:w="2387" w:type="dxa"/>
            <w:shd w:val="clear" w:color="auto" w:fill="FFFFFF" w:themeFill="background1"/>
            <w:vAlign w:val="center"/>
          </w:tcPr>
          <w:p w14:paraId="00AEC872" w14:textId="7AEBD96D" w:rsidR="00EE1549" w:rsidRDefault="00BE6976" w:rsidP="00BE6976">
            <w:pPr>
              <w:spacing w:before="320" w:line="240" w:lineRule="auto"/>
            </w:pPr>
            <w:r>
              <w:rPr>
                <w:b/>
                <w:noProof/>
                <w:color w:val="666666"/>
                <w:sz w:val="22"/>
              </w:rPr>
              <w:drawing>
                <wp:anchor distT="0" distB="0" distL="114300" distR="114300" simplePos="0" relativeHeight="251659264" behindDoc="0" locked="0" layoutInCell="1" allowOverlap="1" wp14:anchorId="15272890" wp14:editId="15B82A62">
                  <wp:simplePos x="95250" y="714375"/>
                  <wp:positionH relativeFrom="margin">
                    <wp:posOffset>1421130</wp:posOffset>
                  </wp:positionH>
                  <wp:positionV relativeFrom="margin">
                    <wp:posOffset>0</wp:posOffset>
                  </wp:positionV>
                  <wp:extent cx="1085215" cy="1028700"/>
                  <wp:effectExtent l="0" t="0" r="635" b="0"/>
                  <wp:wrapSquare wrapText="bothSides"/>
                  <wp:docPr id="77943763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437636" name="Imagen 7794376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5215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4C5F35" w14:textId="75ACC91D" w:rsidR="00EE1549" w:rsidRDefault="00BE6976">
            <w:pPr>
              <w:spacing w:line="240" w:lineRule="auto"/>
              <w:rPr>
                <w:b/>
                <w:color w:val="202020"/>
                <w:sz w:val="40"/>
                <w:lang w:val="es-PE"/>
              </w:rPr>
            </w:pPr>
            <w:r>
              <w:rPr>
                <w:b/>
                <w:color w:val="202020"/>
                <w:sz w:val="40"/>
                <w:lang w:val="es-PE"/>
              </w:rPr>
              <w:t>LUIS MORALES PEREZ</w:t>
            </w:r>
          </w:p>
          <w:p w14:paraId="6CB22EB7" w14:textId="77777777" w:rsidR="00BE6976" w:rsidRPr="00BE6976" w:rsidRDefault="00BE6976">
            <w:pPr>
              <w:spacing w:line="240" w:lineRule="auto"/>
              <w:rPr>
                <w:lang w:val="es-PE"/>
              </w:rPr>
            </w:pPr>
          </w:p>
          <w:p w14:paraId="28ED4B06" w14:textId="77777777" w:rsidR="00EE1549" w:rsidRPr="00BE6976" w:rsidRDefault="00BE6976">
            <w:pPr>
              <w:pBdr>
                <w:bottom w:val="single" w:sz="6" w:space="3" w:color="787878"/>
              </w:pBdr>
              <w:spacing w:after="40" w:line="240" w:lineRule="auto"/>
              <w:rPr>
                <w:lang w:val="es-PE"/>
              </w:rPr>
            </w:pPr>
            <w:r w:rsidRPr="00BE6976">
              <w:rPr>
                <w:b/>
                <w:color w:val="555555"/>
                <w:sz w:val="21"/>
                <w:lang w:val="es-PE"/>
              </w:rPr>
              <w:t>Licenciatura en Administración | Administración de Empresas</w:t>
            </w:r>
          </w:p>
          <w:p w14:paraId="3263F128" w14:textId="71523D05" w:rsidR="00EE1549" w:rsidRPr="00BE6976" w:rsidRDefault="00BE6976">
            <w:pPr>
              <w:spacing w:before="40" w:line="240" w:lineRule="auto"/>
              <w:rPr>
                <w:b/>
                <w:bCs/>
                <w:sz w:val="20"/>
                <w:szCs w:val="20"/>
                <w:lang w:val="es-PE"/>
              </w:rPr>
            </w:pPr>
            <w:r w:rsidRPr="00BE6976">
              <w:rPr>
                <w:b/>
                <w:bCs/>
                <w:sz w:val="20"/>
                <w:szCs w:val="20"/>
                <w:lang w:val="es-PE"/>
              </w:rPr>
              <w:t>Ciudad, Estado, México | +52 55 0000 0000 | correo@ejemplo.com</w:t>
            </w:r>
          </w:p>
          <w:p w14:paraId="3F276C6A" w14:textId="33B57636" w:rsidR="00EE1549" w:rsidRPr="00BE6976" w:rsidRDefault="00BE6976">
            <w:pPr>
              <w:spacing w:line="240" w:lineRule="auto"/>
              <w:rPr>
                <w:lang w:val="es-PE"/>
              </w:rPr>
            </w:pPr>
            <w:r w:rsidRPr="00BE6976">
              <w:rPr>
                <w:b/>
                <w:bCs/>
                <w:sz w:val="20"/>
                <w:szCs w:val="20"/>
                <w:lang w:val="es-PE"/>
              </w:rPr>
              <w:t>LinkedIn: linkedin.com/in/usuario | Disponibilidad: inmediata / cambio de residencia</w:t>
            </w:r>
          </w:p>
        </w:tc>
      </w:tr>
    </w:tbl>
    <w:p w14:paraId="60B9F1A4" w14:textId="77777777" w:rsidR="00F23DCB" w:rsidRDefault="00F23DCB">
      <w:pPr>
        <w:pBdr>
          <w:bottom w:val="single" w:sz="6" w:space="2" w:color="9A9A9A"/>
        </w:pBdr>
        <w:spacing w:before="160" w:after="60" w:line="240" w:lineRule="auto"/>
        <w:rPr>
          <w:b/>
          <w:color w:val="303030"/>
          <w:sz w:val="28"/>
          <w:szCs w:val="28"/>
          <w:lang w:val="es-PE"/>
        </w:rPr>
      </w:pPr>
    </w:p>
    <w:p w14:paraId="7C56292F" w14:textId="553EAE84" w:rsidR="00EE1549" w:rsidRPr="00BE6976" w:rsidRDefault="00BE6976">
      <w:pPr>
        <w:pBdr>
          <w:bottom w:val="single" w:sz="6" w:space="2" w:color="9A9A9A"/>
        </w:pBdr>
        <w:spacing w:before="160" w:after="60" w:line="240" w:lineRule="auto"/>
        <w:rPr>
          <w:sz w:val="28"/>
          <w:szCs w:val="28"/>
          <w:lang w:val="es-PE"/>
        </w:rPr>
      </w:pPr>
      <w:r w:rsidRPr="00BE6976">
        <w:rPr>
          <w:b/>
          <w:color w:val="303030"/>
          <w:sz w:val="28"/>
          <w:szCs w:val="28"/>
          <w:lang w:val="es-PE"/>
        </w:rPr>
        <w:t>PERFIL PROFESIONAL</w:t>
      </w:r>
    </w:p>
    <w:p w14:paraId="1076E185" w14:textId="77777777" w:rsidR="00EE1549" w:rsidRPr="00BE6976" w:rsidRDefault="00BE6976">
      <w:pPr>
        <w:spacing w:after="40" w:line="240" w:lineRule="auto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Profesional de Administración con enfoque en organización, control documental, atención a clientes internos, reportes administrativos y apoyo a procesos operativos. Capacidad para coordinar actividades, dar seguimiento a indicadores, manejar información confidencial y proponer mejoras en procesos. Interés en desarrollarse en áreas de administración general, recursos humanos, compras, finanzas o logística.</w:t>
      </w:r>
    </w:p>
    <w:p w14:paraId="3BB65F18" w14:textId="77777777" w:rsidR="00EE1549" w:rsidRPr="00BE6976" w:rsidRDefault="00BE6976">
      <w:pPr>
        <w:pBdr>
          <w:bottom w:val="single" w:sz="6" w:space="2" w:color="9A9A9A"/>
        </w:pBdr>
        <w:spacing w:before="160" w:after="60" w:line="240" w:lineRule="auto"/>
        <w:rPr>
          <w:sz w:val="28"/>
          <w:szCs w:val="28"/>
        </w:rPr>
      </w:pPr>
      <w:r w:rsidRPr="00BE6976">
        <w:rPr>
          <w:b/>
          <w:color w:val="303030"/>
          <w:sz w:val="28"/>
          <w:szCs w:val="28"/>
        </w:rPr>
        <w:t>EXPERIENCIA PROFESIONAL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52"/>
        <w:gridCol w:w="3096"/>
      </w:tblGrid>
      <w:tr w:rsidR="00EE1549" w:rsidRPr="00BE6976" w14:paraId="2D4DEE61" w14:textId="77777777">
        <w:trPr>
          <w:jc w:val="center"/>
        </w:trPr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14:paraId="5E6AE2E6" w14:textId="77777777" w:rsidR="00EE1549" w:rsidRPr="00BE6976" w:rsidRDefault="00BE6976">
            <w:pPr>
              <w:spacing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b/>
                <w:sz w:val="20"/>
                <w:szCs w:val="20"/>
                <w:lang w:val="es-PE"/>
              </w:rPr>
              <w:t>Auxiliar Administrativo / Practicante</w:t>
            </w:r>
            <w:r w:rsidRPr="00BE6976">
              <w:rPr>
                <w:sz w:val="20"/>
                <w:szCs w:val="20"/>
                <w:lang w:val="es-PE"/>
              </w:rPr>
              <w:t xml:space="preserve"> | Nombre de la empresa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458F80D3" w14:textId="77777777" w:rsidR="00EE1549" w:rsidRPr="00BE6976" w:rsidRDefault="00BE6976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BE6976">
              <w:rPr>
                <w:i/>
                <w:sz w:val="20"/>
                <w:szCs w:val="20"/>
              </w:rPr>
              <w:t>Ene 2024 - Actual</w:t>
            </w:r>
          </w:p>
        </w:tc>
      </w:tr>
    </w:tbl>
    <w:p w14:paraId="21BEBCE8" w14:textId="77777777" w:rsidR="00EE1549" w:rsidRPr="00BE6976" w:rsidRDefault="00BE6976">
      <w:pPr>
        <w:spacing w:after="40" w:line="240" w:lineRule="auto"/>
        <w:rPr>
          <w:sz w:val="20"/>
          <w:szCs w:val="20"/>
        </w:rPr>
      </w:pPr>
      <w:r w:rsidRPr="00BE6976">
        <w:rPr>
          <w:i/>
          <w:color w:val="555555"/>
          <w:sz w:val="20"/>
          <w:szCs w:val="20"/>
        </w:rPr>
        <w:t>Ciudad, Estado, México</w:t>
      </w:r>
    </w:p>
    <w:p w14:paraId="2D61D691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Apoyo en control de archivos, elaboración de reportes, captura de información y seguimiento a documentos administrativos.</w:t>
      </w:r>
    </w:p>
    <w:p w14:paraId="1D713AB1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Coordinación con áreas internas para solicitudes, comprobaciones, facturas, pagos y atención a proveedores.</w:t>
      </w:r>
    </w:p>
    <w:p w14:paraId="1BE54CC1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Uso de Excel para bases de datos, conciliaciones simples, listas de seguimiento e indicadores de avance.</w:t>
      </w:r>
    </w:p>
    <w:p w14:paraId="46BE4149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Participación en mejoras de organización documental, reducción de tiempos de búsqueda y actualización de expedientes.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52"/>
        <w:gridCol w:w="3096"/>
      </w:tblGrid>
      <w:tr w:rsidR="00EE1549" w:rsidRPr="00BE6976" w14:paraId="028F2CF7" w14:textId="77777777">
        <w:trPr>
          <w:jc w:val="center"/>
        </w:trPr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14:paraId="0BDB57B4" w14:textId="77777777" w:rsidR="00EE1549" w:rsidRPr="00BE6976" w:rsidRDefault="00BE6976">
            <w:pPr>
              <w:spacing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b/>
                <w:sz w:val="20"/>
                <w:szCs w:val="20"/>
                <w:lang w:val="es-PE"/>
              </w:rPr>
              <w:t>Asistente de Oficina / Servicio Social</w:t>
            </w:r>
            <w:r w:rsidRPr="00BE6976">
              <w:rPr>
                <w:sz w:val="20"/>
                <w:szCs w:val="20"/>
                <w:lang w:val="es-PE"/>
              </w:rPr>
              <w:t xml:space="preserve"> | Institución o negocio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78C0411F" w14:textId="77777777" w:rsidR="00EE1549" w:rsidRPr="00BE6976" w:rsidRDefault="00BE6976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BE6976">
              <w:rPr>
                <w:i/>
                <w:sz w:val="20"/>
                <w:szCs w:val="20"/>
              </w:rPr>
              <w:t xml:space="preserve">Ago 2023 - </w:t>
            </w:r>
            <w:proofErr w:type="spellStart"/>
            <w:r w:rsidRPr="00BE6976">
              <w:rPr>
                <w:i/>
                <w:sz w:val="20"/>
                <w:szCs w:val="20"/>
              </w:rPr>
              <w:t>Dic</w:t>
            </w:r>
            <w:proofErr w:type="spellEnd"/>
            <w:r w:rsidRPr="00BE6976">
              <w:rPr>
                <w:i/>
                <w:sz w:val="20"/>
                <w:szCs w:val="20"/>
              </w:rPr>
              <w:t xml:space="preserve"> 2023</w:t>
            </w:r>
          </w:p>
        </w:tc>
      </w:tr>
    </w:tbl>
    <w:p w14:paraId="49BCA605" w14:textId="77777777" w:rsidR="00EE1549" w:rsidRPr="00BE6976" w:rsidRDefault="00BE6976">
      <w:pPr>
        <w:spacing w:after="40" w:line="240" w:lineRule="auto"/>
        <w:rPr>
          <w:sz w:val="20"/>
          <w:szCs w:val="20"/>
        </w:rPr>
      </w:pPr>
      <w:r w:rsidRPr="00BE6976">
        <w:rPr>
          <w:i/>
          <w:color w:val="555555"/>
          <w:sz w:val="20"/>
          <w:szCs w:val="20"/>
        </w:rPr>
        <w:t>Ciudad, Estado, México</w:t>
      </w:r>
    </w:p>
    <w:p w14:paraId="6539E0B0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Atención a usuarios, recepción de documentos, control de agenda y apoyo en actividades administrativas diarias.</w:t>
      </w:r>
    </w:p>
    <w:p w14:paraId="786DACBB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Registro de información en sistemas internos y preparación de reportes para supervisión.</w:t>
      </w:r>
    </w:p>
    <w:p w14:paraId="2288783F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Seguimiento a pendientes, comunicación con clientes y apoyo en archivo físico y digital.</w:t>
      </w:r>
    </w:p>
    <w:p w14:paraId="6879DB88" w14:textId="77777777" w:rsidR="00EE1549" w:rsidRPr="00BE6976" w:rsidRDefault="00BE6976">
      <w:pPr>
        <w:pBdr>
          <w:bottom w:val="single" w:sz="6" w:space="2" w:color="9A9A9A"/>
        </w:pBdr>
        <w:spacing w:before="160" w:after="60" w:line="240" w:lineRule="auto"/>
        <w:rPr>
          <w:sz w:val="28"/>
          <w:szCs w:val="28"/>
        </w:rPr>
      </w:pPr>
      <w:r w:rsidRPr="00BE6976">
        <w:rPr>
          <w:b/>
          <w:color w:val="303030"/>
          <w:sz w:val="28"/>
          <w:szCs w:val="28"/>
        </w:rPr>
        <w:t>FORMACIÓN ACADÉMICA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552"/>
        <w:gridCol w:w="3096"/>
      </w:tblGrid>
      <w:tr w:rsidR="00EE1549" w:rsidRPr="00BE6976" w14:paraId="745FE5C4" w14:textId="77777777"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14:paraId="25E7D7A9" w14:textId="77777777" w:rsidR="00EE1549" w:rsidRPr="00BE6976" w:rsidRDefault="00BE6976">
            <w:pPr>
              <w:spacing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b/>
                <w:sz w:val="20"/>
                <w:szCs w:val="20"/>
                <w:lang w:val="es-PE"/>
              </w:rPr>
              <w:t>Licenciatura en Administración</w:t>
            </w:r>
            <w:r w:rsidRPr="00BE6976">
              <w:rPr>
                <w:sz w:val="20"/>
                <w:szCs w:val="20"/>
                <w:lang w:val="es-PE"/>
              </w:rPr>
              <w:t xml:space="preserve"> | Universidad / Instituto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4A492D69" w14:textId="77777777" w:rsidR="00EE1549" w:rsidRPr="00BE6976" w:rsidRDefault="00BE6976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BE6976">
              <w:rPr>
                <w:i/>
                <w:sz w:val="20"/>
                <w:szCs w:val="20"/>
              </w:rPr>
              <w:t>2021 - 2025</w:t>
            </w:r>
          </w:p>
        </w:tc>
      </w:tr>
    </w:tbl>
    <w:p w14:paraId="1DFE7B21" w14:textId="77777777" w:rsidR="00EE1549" w:rsidRPr="00BE6976" w:rsidRDefault="00BE6976">
      <w:pPr>
        <w:spacing w:after="40" w:line="240" w:lineRule="auto"/>
        <w:rPr>
          <w:sz w:val="20"/>
          <w:szCs w:val="20"/>
        </w:rPr>
      </w:pPr>
      <w:r w:rsidRPr="00BE6976">
        <w:rPr>
          <w:i/>
          <w:color w:val="555555"/>
          <w:sz w:val="20"/>
          <w:szCs w:val="20"/>
        </w:rPr>
        <w:t>Ciudad, Estado, México</w:t>
      </w:r>
    </w:p>
    <w:p w14:paraId="46C65C42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Áreas de interés: administración estratégica, recursos humanos, finanzas administrativas, mercadotecnia, logística y gestión de proyectos.</w:t>
      </w:r>
    </w:p>
    <w:p w14:paraId="42CE1D74" w14:textId="77777777" w:rsidR="00EE1549" w:rsidRPr="00BE6976" w:rsidRDefault="00BE6976">
      <w:pPr>
        <w:pStyle w:val="Listaconvietas"/>
        <w:spacing w:after="20" w:line="240" w:lineRule="auto"/>
        <w:ind w:left="259" w:hanging="173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>Proyecto relevante: análisis de mejora de procesos administrativos y propuesta de indicadores para control operativo.</w:t>
      </w:r>
    </w:p>
    <w:p w14:paraId="784CBDEF" w14:textId="77777777" w:rsidR="00EE1549" w:rsidRPr="00BE6976" w:rsidRDefault="00BE6976">
      <w:pPr>
        <w:pBdr>
          <w:bottom w:val="single" w:sz="6" w:space="2" w:color="9A9A9A"/>
        </w:pBdr>
        <w:spacing w:before="160" w:after="60" w:line="240" w:lineRule="auto"/>
        <w:rPr>
          <w:sz w:val="28"/>
          <w:szCs w:val="28"/>
        </w:rPr>
      </w:pPr>
      <w:r w:rsidRPr="00BE6976">
        <w:rPr>
          <w:b/>
          <w:color w:val="303030"/>
          <w:sz w:val="28"/>
          <w:szCs w:val="28"/>
        </w:rPr>
        <w:t>HABILIDADES CLAVE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EE1549" w:rsidRPr="00F23DCB" w14:paraId="6BE93649" w14:textId="77777777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31F6F03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• Excel intermedio: tablas, filtros, fórmulas y reportes</w:t>
            </w:r>
          </w:p>
          <w:p w14:paraId="57F2A339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• Control administrativo y organización documental</w:t>
            </w:r>
          </w:p>
          <w:p w14:paraId="126CB972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• Atención a clientes y proveedores</w:t>
            </w:r>
          </w:p>
          <w:p w14:paraId="701307ED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</w:rPr>
            </w:pPr>
            <w:r w:rsidRPr="00BE6976">
              <w:rPr>
                <w:sz w:val="20"/>
                <w:szCs w:val="20"/>
              </w:rPr>
              <w:t xml:space="preserve">• </w:t>
            </w:r>
            <w:proofErr w:type="spellStart"/>
            <w:r w:rsidRPr="00BE6976">
              <w:rPr>
                <w:sz w:val="20"/>
                <w:szCs w:val="20"/>
              </w:rPr>
              <w:t>Comunicación</w:t>
            </w:r>
            <w:proofErr w:type="spellEnd"/>
            <w:r w:rsidRPr="00BE6976">
              <w:rPr>
                <w:sz w:val="20"/>
                <w:szCs w:val="20"/>
              </w:rPr>
              <w:t xml:space="preserve"> oral y </w:t>
            </w:r>
            <w:proofErr w:type="spellStart"/>
            <w:r w:rsidRPr="00BE6976">
              <w:rPr>
                <w:sz w:val="20"/>
                <w:szCs w:val="20"/>
              </w:rPr>
              <w:t>escrita</w:t>
            </w:r>
            <w:proofErr w:type="spellEnd"/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524142C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• Planeación, seguimiento y solución de problemas</w:t>
            </w:r>
          </w:p>
          <w:p w14:paraId="7426A63C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• Manejo de agenda, archivos y bases de datos</w:t>
            </w:r>
          </w:p>
          <w:p w14:paraId="09C44C3A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• Trabajo en equipo y orientación a resultados</w:t>
            </w:r>
          </w:p>
          <w:p w14:paraId="4AAD0D6F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• Conocimientos básicos de facturación y compras</w:t>
            </w:r>
          </w:p>
        </w:tc>
      </w:tr>
    </w:tbl>
    <w:p w14:paraId="6CD47BFD" w14:textId="77777777" w:rsidR="00EE1549" w:rsidRPr="00BE6976" w:rsidRDefault="00BE6976">
      <w:pPr>
        <w:pBdr>
          <w:bottom w:val="single" w:sz="6" w:space="2" w:color="9A9A9A"/>
        </w:pBdr>
        <w:spacing w:before="160" w:after="60" w:line="240" w:lineRule="auto"/>
        <w:rPr>
          <w:sz w:val="28"/>
          <w:szCs w:val="28"/>
        </w:rPr>
      </w:pPr>
      <w:r w:rsidRPr="00BE6976">
        <w:rPr>
          <w:b/>
          <w:color w:val="303030"/>
          <w:sz w:val="28"/>
          <w:szCs w:val="28"/>
        </w:rPr>
        <w:t>CURSOS Y CERTIFICACIONES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24"/>
        <w:gridCol w:w="3024"/>
      </w:tblGrid>
      <w:tr w:rsidR="00EE1549" w:rsidRPr="00BE6976" w14:paraId="0A128449" w14:textId="77777777"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</w:tcPr>
          <w:p w14:paraId="2EA58149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Curso de Excel para negocios / administración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1E5DA869" w14:textId="77777777" w:rsidR="00EE1549" w:rsidRPr="00BE6976" w:rsidRDefault="00BE6976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BE6976">
              <w:rPr>
                <w:i/>
                <w:sz w:val="20"/>
                <w:szCs w:val="20"/>
              </w:rPr>
              <w:t>2024</w:t>
            </w:r>
          </w:p>
        </w:tc>
      </w:tr>
      <w:tr w:rsidR="00EE1549" w:rsidRPr="00BE6976" w14:paraId="2F6BBBF9" w14:textId="77777777"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</w:tcPr>
          <w:p w14:paraId="0369AA95" w14:textId="77777777" w:rsidR="00EE1549" w:rsidRPr="00BE6976" w:rsidRDefault="00BE6976">
            <w:pPr>
              <w:spacing w:after="20" w:line="240" w:lineRule="auto"/>
              <w:rPr>
                <w:sz w:val="20"/>
                <w:szCs w:val="20"/>
                <w:lang w:val="es-PE"/>
              </w:rPr>
            </w:pPr>
            <w:r w:rsidRPr="00BE6976">
              <w:rPr>
                <w:sz w:val="20"/>
                <w:szCs w:val="20"/>
                <w:lang w:val="es-PE"/>
              </w:rPr>
              <w:t>Curso de contabilidad básica, compras, RH o atención al cliente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07C1C33D" w14:textId="77777777" w:rsidR="00EE1549" w:rsidRPr="00BE6976" w:rsidRDefault="00BE6976">
            <w:pPr>
              <w:spacing w:after="20" w:line="240" w:lineRule="auto"/>
              <w:jc w:val="right"/>
              <w:rPr>
                <w:sz w:val="20"/>
                <w:szCs w:val="20"/>
              </w:rPr>
            </w:pPr>
            <w:r w:rsidRPr="00BE6976">
              <w:rPr>
                <w:i/>
                <w:sz w:val="20"/>
                <w:szCs w:val="20"/>
              </w:rPr>
              <w:t>2023</w:t>
            </w:r>
          </w:p>
        </w:tc>
      </w:tr>
    </w:tbl>
    <w:p w14:paraId="53171DDE" w14:textId="77777777" w:rsidR="00EE1549" w:rsidRPr="00BE6976" w:rsidRDefault="00BE6976">
      <w:pPr>
        <w:pBdr>
          <w:bottom w:val="single" w:sz="6" w:space="2" w:color="9A9A9A"/>
        </w:pBdr>
        <w:spacing w:before="160" w:after="60" w:line="240" w:lineRule="auto"/>
        <w:rPr>
          <w:sz w:val="28"/>
          <w:szCs w:val="28"/>
        </w:rPr>
      </w:pPr>
      <w:r w:rsidRPr="00BE6976">
        <w:rPr>
          <w:b/>
          <w:color w:val="303030"/>
          <w:sz w:val="28"/>
          <w:szCs w:val="28"/>
        </w:rPr>
        <w:t>IDIOMAS Y HERRAMIENTAS</w:t>
      </w:r>
    </w:p>
    <w:p w14:paraId="38E1A265" w14:textId="230728CE" w:rsidR="00EE1549" w:rsidRPr="00BE6976" w:rsidRDefault="00BE6976">
      <w:pPr>
        <w:spacing w:after="40" w:line="240" w:lineRule="auto"/>
        <w:rPr>
          <w:sz w:val="20"/>
          <w:szCs w:val="20"/>
          <w:lang w:val="es-PE"/>
        </w:rPr>
      </w:pPr>
      <w:r w:rsidRPr="00BE6976">
        <w:rPr>
          <w:sz w:val="20"/>
          <w:szCs w:val="20"/>
          <w:lang w:val="es-PE"/>
        </w:rPr>
        <w:t xml:space="preserve">Español: nativo | inglés: básico/intermedio | Microsoft Office: Word, Excel y PowerPoint | Google </w:t>
      </w:r>
      <w:proofErr w:type="gramStart"/>
      <w:r w:rsidRPr="00BE6976">
        <w:rPr>
          <w:sz w:val="20"/>
          <w:szCs w:val="20"/>
          <w:lang w:val="es-PE"/>
        </w:rPr>
        <w:t>Workspace  |</w:t>
      </w:r>
      <w:proofErr w:type="gramEnd"/>
      <w:r w:rsidRPr="00BE6976">
        <w:rPr>
          <w:sz w:val="20"/>
          <w:szCs w:val="20"/>
          <w:lang w:val="es-PE"/>
        </w:rPr>
        <w:t xml:space="preserve">  ERP/CRM: [nombre del sistema, si aplica]</w:t>
      </w:r>
    </w:p>
    <w:p w14:paraId="431FC0E0" w14:textId="522AEB42" w:rsidR="00EE1549" w:rsidRPr="00F23DCB" w:rsidRDefault="00EE1549">
      <w:pPr>
        <w:spacing w:before="100" w:line="240" w:lineRule="auto"/>
        <w:jc w:val="center"/>
        <w:rPr>
          <w:lang w:val="es-PE"/>
        </w:rPr>
      </w:pPr>
    </w:p>
    <w:sectPr w:rsidR="00EE1549" w:rsidRPr="00F23DCB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999361">
    <w:abstractNumId w:val="8"/>
  </w:num>
  <w:num w:numId="2" w16cid:durableId="1715078811">
    <w:abstractNumId w:val="6"/>
  </w:num>
  <w:num w:numId="3" w16cid:durableId="194462274">
    <w:abstractNumId w:val="5"/>
  </w:num>
  <w:num w:numId="4" w16cid:durableId="467212481">
    <w:abstractNumId w:val="4"/>
  </w:num>
  <w:num w:numId="5" w16cid:durableId="817500986">
    <w:abstractNumId w:val="7"/>
  </w:num>
  <w:num w:numId="6" w16cid:durableId="429281795">
    <w:abstractNumId w:val="3"/>
  </w:num>
  <w:num w:numId="7" w16cid:durableId="83766059">
    <w:abstractNumId w:val="2"/>
  </w:num>
  <w:num w:numId="8" w16cid:durableId="1673870075">
    <w:abstractNumId w:val="1"/>
  </w:num>
  <w:num w:numId="9" w16cid:durableId="2142575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867BB"/>
    <w:rsid w:val="00AA1D8D"/>
    <w:rsid w:val="00B47730"/>
    <w:rsid w:val="00BE6976"/>
    <w:rsid w:val="00CB0664"/>
    <w:rsid w:val="00EE1549"/>
    <w:rsid w:val="00F23D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100A18"/>
  <w14:defaultImageDpi w14:val="300"/>
  <w15:docId w15:val="{46B5D6B5-1565-4E43-8F8E-7A29C748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eastAsia="Times New Roman" w:hAnsi="Times New Roman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>generated by python-docx</dc:description>
  <cp:lastModifiedBy>User</cp:lastModifiedBy>
  <cp:revision>3</cp:revision>
  <dcterms:created xsi:type="dcterms:W3CDTF">2026-05-31T20:58:00Z</dcterms:created>
  <dcterms:modified xsi:type="dcterms:W3CDTF">2026-06-01T03:23:00Z</dcterms:modified>
  <cp:category/>
</cp:coreProperties>
</file>